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71ADC" w14:textId="17345984" w:rsidR="000354A8" w:rsidRDefault="00581C89">
      <w:pPr>
        <w:jc w:val="center"/>
        <w:rPr>
          <w:rFonts w:asciiTheme="majorHAnsi" w:hAnsiTheme="majorHAnsi" w:cstheme="majorHAnsi"/>
          <w:b/>
          <w:color w:val="253746"/>
          <w:sz w:val="28"/>
          <w:szCs w:val="28"/>
        </w:rPr>
      </w:pPr>
      <w:r>
        <w:rPr>
          <w:rFonts w:ascii="Gill Sans MT" w:hAnsi="Gill Sans MT" w:cstheme="majorHAnsi"/>
          <w:noProof/>
          <w:sz w:val="20"/>
          <w:szCs w:val="20"/>
          <w:lang w:val="en-GB"/>
        </w:rPr>
        <w:drawing>
          <wp:inline distT="0" distB="0" distL="0" distR="0" wp14:anchorId="4E5ACEB4" wp14:editId="13D8F3AC">
            <wp:extent cx="1026980" cy="586740"/>
            <wp:effectExtent l="0" t="0" r="1905" b="3810"/>
            <wp:docPr id="1695848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48355" name="Picture 1695848355"/>
                    <pic:cNvPicPr/>
                  </pic:nvPicPr>
                  <pic:blipFill>
                    <a:blip r:embed="rId6"/>
                    <a:stretch>
                      <a:fillRect/>
                    </a:stretch>
                  </pic:blipFill>
                  <pic:spPr>
                    <a:xfrm>
                      <a:off x="0" y="0"/>
                      <a:ext cx="1064126" cy="607962"/>
                    </a:xfrm>
                    <a:prstGeom prst="rect">
                      <a:avLst/>
                    </a:prstGeom>
                  </pic:spPr>
                </pic:pic>
              </a:graphicData>
            </a:graphic>
          </wp:inline>
        </w:drawing>
      </w:r>
    </w:p>
    <w:p w14:paraId="440E2DE2" w14:textId="1A6E1738" w:rsidR="00D37A9F" w:rsidRPr="00581C89" w:rsidRDefault="00000000" w:rsidP="00581C89">
      <w:pPr>
        <w:jc w:val="center"/>
        <w:rPr>
          <w:rFonts w:ascii="Gill Sans MT" w:hAnsi="Gill Sans MT" w:cstheme="majorHAnsi"/>
          <w:b/>
          <w:color w:val="253746"/>
          <w:sz w:val="28"/>
          <w:szCs w:val="28"/>
        </w:rPr>
      </w:pPr>
      <w:r w:rsidRPr="001A6220">
        <w:rPr>
          <w:rFonts w:ascii="Gill Sans MT" w:hAnsi="Gill Sans MT" w:cstheme="majorHAnsi"/>
          <w:b/>
          <w:color w:val="253746"/>
          <w:sz w:val="28"/>
          <w:szCs w:val="28"/>
        </w:rPr>
        <w:t xml:space="preserve">EVENT BOOKING FORM </w:t>
      </w:r>
      <w:r w:rsidR="000354A8" w:rsidRPr="001A6220">
        <w:rPr>
          <w:rFonts w:ascii="Gill Sans MT" w:hAnsi="Gill Sans MT" w:cstheme="majorHAnsi"/>
          <w:b/>
          <w:color w:val="253746"/>
          <w:sz w:val="28"/>
          <w:szCs w:val="28"/>
        </w:rPr>
        <w:t>- Food Fa</w:t>
      </w:r>
      <w:r w:rsidR="00291E81" w:rsidRPr="001A6220">
        <w:rPr>
          <w:rFonts w:ascii="Gill Sans MT" w:hAnsi="Gill Sans MT" w:cstheme="majorHAnsi"/>
          <w:b/>
          <w:color w:val="253746"/>
          <w:sz w:val="28"/>
          <w:szCs w:val="28"/>
        </w:rPr>
        <w:t xml:space="preserve">ir </w:t>
      </w:r>
      <w:r w:rsidR="000354A8" w:rsidRPr="001A6220">
        <w:rPr>
          <w:rFonts w:ascii="Gill Sans MT" w:hAnsi="Gill Sans MT" w:cstheme="majorHAnsi"/>
          <w:b/>
          <w:color w:val="253746"/>
          <w:sz w:val="28"/>
          <w:szCs w:val="28"/>
        </w:rPr>
        <w:t>19</w:t>
      </w:r>
      <w:r w:rsidR="000354A8" w:rsidRPr="001A6220">
        <w:rPr>
          <w:rFonts w:ascii="Gill Sans MT" w:hAnsi="Gill Sans MT" w:cstheme="majorHAnsi"/>
          <w:b/>
          <w:color w:val="253746"/>
          <w:sz w:val="28"/>
          <w:szCs w:val="28"/>
          <w:vertAlign w:val="superscript"/>
        </w:rPr>
        <w:t>th</w:t>
      </w:r>
      <w:r w:rsidR="000354A8" w:rsidRPr="001A6220">
        <w:rPr>
          <w:rFonts w:ascii="Gill Sans MT" w:hAnsi="Gill Sans MT" w:cstheme="majorHAnsi"/>
          <w:b/>
          <w:color w:val="253746"/>
          <w:sz w:val="28"/>
          <w:szCs w:val="28"/>
        </w:rPr>
        <w:t xml:space="preserve"> July </w:t>
      </w:r>
      <w:proofErr w:type="gramStart"/>
      <w:r w:rsidR="000354A8" w:rsidRPr="001A6220">
        <w:rPr>
          <w:rFonts w:ascii="Gill Sans MT" w:hAnsi="Gill Sans MT" w:cstheme="majorHAnsi"/>
          <w:b/>
          <w:color w:val="253746"/>
          <w:sz w:val="28"/>
          <w:szCs w:val="28"/>
        </w:rPr>
        <w:t>2026</w:t>
      </w:r>
      <w:r w:rsidR="00291E81" w:rsidRPr="001A6220">
        <w:rPr>
          <w:rFonts w:ascii="Gill Sans MT" w:hAnsi="Gill Sans MT" w:cstheme="majorHAnsi"/>
          <w:b/>
          <w:color w:val="253746"/>
          <w:sz w:val="28"/>
          <w:szCs w:val="28"/>
        </w:rPr>
        <w:t xml:space="preserve">  10.30</w:t>
      </w:r>
      <w:proofErr w:type="gramEnd"/>
      <w:r w:rsidR="00291E81" w:rsidRPr="001A6220">
        <w:rPr>
          <w:rFonts w:ascii="Gill Sans MT" w:hAnsi="Gill Sans MT" w:cstheme="majorHAnsi"/>
          <w:b/>
          <w:color w:val="253746"/>
          <w:sz w:val="28"/>
          <w:szCs w:val="28"/>
        </w:rPr>
        <w:t xml:space="preserve"> am to 3.30 pm</w:t>
      </w:r>
    </w:p>
    <w:p w14:paraId="6F030746" w14:textId="77777777" w:rsidR="00D37A9F" w:rsidRPr="001A6220" w:rsidRDefault="00000000">
      <w:pPr>
        <w:rPr>
          <w:rFonts w:ascii="Gill Sans MT" w:hAnsi="Gill Sans MT" w:cstheme="majorHAnsi"/>
        </w:rPr>
      </w:pPr>
      <w:r w:rsidRPr="001A6220">
        <w:rPr>
          <w:rFonts w:ascii="Gill Sans MT" w:hAnsi="Gill Sans MT" w:cstheme="majorHAnsi"/>
          <w:b/>
        </w:rPr>
        <w:t>1. Your Details</w:t>
      </w:r>
    </w:p>
    <w:tbl>
      <w:tblPr>
        <w:tblW w:w="0" w:type="auto"/>
        <w:tblLook w:val="04A0" w:firstRow="1" w:lastRow="0" w:firstColumn="1" w:lastColumn="0" w:noHBand="0" w:noVBand="1"/>
      </w:tblPr>
      <w:tblGrid>
        <w:gridCol w:w="4310"/>
        <w:gridCol w:w="4310"/>
      </w:tblGrid>
      <w:tr w:rsidR="00D37A9F" w:rsidRPr="001A6220" w14:paraId="7FAA4E04" w14:textId="77777777">
        <w:tc>
          <w:tcPr>
            <w:tcW w:w="4320" w:type="dxa"/>
            <w:tcBorders>
              <w:top w:val="single" w:sz="8" w:space="0" w:color="000000"/>
              <w:left w:val="single" w:sz="8" w:space="0" w:color="000000"/>
              <w:bottom w:val="single" w:sz="8" w:space="0" w:color="000000"/>
              <w:right w:val="single" w:sz="8" w:space="0" w:color="000000"/>
            </w:tcBorders>
          </w:tcPr>
          <w:p w14:paraId="623AEFE7" w14:textId="77777777" w:rsidR="00D37A9F" w:rsidRPr="001A6220" w:rsidRDefault="00000000">
            <w:pPr>
              <w:rPr>
                <w:rFonts w:ascii="Gill Sans MT" w:hAnsi="Gill Sans MT" w:cstheme="majorHAnsi"/>
              </w:rPr>
            </w:pPr>
            <w:r w:rsidRPr="001A6220">
              <w:rPr>
                <w:rFonts w:ascii="Gill Sans MT" w:hAnsi="Gill Sans MT" w:cstheme="majorHAnsi"/>
              </w:rPr>
              <w:t>Name</w:t>
            </w:r>
          </w:p>
        </w:tc>
        <w:tc>
          <w:tcPr>
            <w:tcW w:w="4320" w:type="dxa"/>
            <w:tcBorders>
              <w:top w:val="single" w:sz="8" w:space="0" w:color="000000"/>
              <w:left w:val="single" w:sz="8" w:space="0" w:color="000000"/>
              <w:bottom w:val="single" w:sz="8" w:space="0" w:color="000000"/>
              <w:right w:val="single" w:sz="8" w:space="0" w:color="000000"/>
            </w:tcBorders>
          </w:tcPr>
          <w:p w14:paraId="0A126B48" w14:textId="77777777" w:rsidR="00D37A9F" w:rsidRPr="001A6220" w:rsidRDefault="00000000">
            <w:pPr>
              <w:rPr>
                <w:rFonts w:ascii="Gill Sans MT" w:hAnsi="Gill Sans MT" w:cstheme="majorHAnsi"/>
              </w:rPr>
            </w:pPr>
            <w:r w:rsidRPr="001A6220">
              <w:rPr>
                <w:rFonts w:ascii="Gill Sans MT" w:hAnsi="Gill Sans MT" w:cstheme="majorHAnsi"/>
              </w:rPr>
              <w:t>Trading Name</w:t>
            </w:r>
          </w:p>
        </w:tc>
      </w:tr>
      <w:tr w:rsidR="00D37A9F" w:rsidRPr="001A6220" w14:paraId="5CB179E4" w14:textId="77777777">
        <w:tc>
          <w:tcPr>
            <w:tcW w:w="4320" w:type="dxa"/>
            <w:tcBorders>
              <w:top w:val="single" w:sz="8" w:space="0" w:color="000000"/>
              <w:left w:val="single" w:sz="8" w:space="0" w:color="000000"/>
              <w:bottom w:val="single" w:sz="8" w:space="0" w:color="000000"/>
              <w:right w:val="single" w:sz="8" w:space="0" w:color="000000"/>
            </w:tcBorders>
          </w:tcPr>
          <w:p w14:paraId="437FFDBE" w14:textId="77777777" w:rsidR="00D37A9F" w:rsidRPr="001A6220" w:rsidRDefault="00000000">
            <w:pPr>
              <w:rPr>
                <w:rFonts w:ascii="Gill Sans MT" w:hAnsi="Gill Sans MT" w:cstheme="majorHAnsi"/>
              </w:rPr>
            </w:pPr>
            <w:r w:rsidRPr="001A6220">
              <w:rPr>
                <w:rFonts w:ascii="Gill Sans MT" w:hAnsi="Gill Sans MT" w:cstheme="majorHAnsi"/>
              </w:rPr>
              <w:t>Address</w:t>
            </w:r>
          </w:p>
          <w:p w14:paraId="20363978" w14:textId="77777777" w:rsidR="00C701DF" w:rsidRPr="001A6220" w:rsidRDefault="00C701DF">
            <w:pPr>
              <w:rPr>
                <w:rFonts w:ascii="Gill Sans MT" w:hAnsi="Gill Sans MT" w:cstheme="majorHAnsi"/>
              </w:rPr>
            </w:pPr>
          </w:p>
        </w:tc>
        <w:tc>
          <w:tcPr>
            <w:tcW w:w="4320" w:type="dxa"/>
            <w:tcBorders>
              <w:top w:val="single" w:sz="8" w:space="0" w:color="000000"/>
              <w:left w:val="single" w:sz="8" w:space="0" w:color="000000"/>
              <w:bottom w:val="single" w:sz="8" w:space="0" w:color="000000"/>
              <w:right w:val="single" w:sz="8" w:space="0" w:color="000000"/>
            </w:tcBorders>
          </w:tcPr>
          <w:p w14:paraId="5B476318" w14:textId="77777777" w:rsidR="00D37A9F" w:rsidRPr="001A6220" w:rsidRDefault="00000000">
            <w:pPr>
              <w:rPr>
                <w:rFonts w:ascii="Gill Sans MT" w:hAnsi="Gill Sans MT" w:cstheme="majorHAnsi"/>
              </w:rPr>
            </w:pPr>
            <w:r w:rsidRPr="001A6220">
              <w:rPr>
                <w:rFonts w:ascii="Gill Sans MT" w:hAnsi="Gill Sans MT" w:cstheme="majorHAnsi"/>
              </w:rPr>
              <w:t>Mobile</w:t>
            </w:r>
          </w:p>
        </w:tc>
      </w:tr>
      <w:tr w:rsidR="00D37A9F" w:rsidRPr="001A6220" w14:paraId="43F54F99" w14:textId="77777777">
        <w:tc>
          <w:tcPr>
            <w:tcW w:w="4320" w:type="dxa"/>
            <w:tcBorders>
              <w:top w:val="single" w:sz="8" w:space="0" w:color="000000"/>
              <w:left w:val="single" w:sz="8" w:space="0" w:color="000000"/>
              <w:bottom w:val="single" w:sz="8" w:space="0" w:color="000000"/>
              <w:right w:val="single" w:sz="8" w:space="0" w:color="000000"/>
            </w:tcBorders>
          </w:tcPr>
          <w:p w14:paraId="1F9E086E" w14:textId="77777777" w:rsidR="00D37A9F" w:rsidRPr="001A6220" w:rsidRDefault="00000000">
            <w:pPr>
              <w:rPr>
                <w:rFonts w:ascii="Gill Sans MT" w:hAnsi="Gill Sans MT" w:cstheme="majorHAnsi"/>
              </w:rPr>
            </w:pPr>
            <w:r w:rsidRPr="001A6220">
              <w:rPr>
                <w:rFonts w:ascii="Gill Sans MT" w:hAnsi="Gill Sans MT" w:cstheme="majorHAnsi"/>
              </w:rPr>
              <w:t>Postcode</w:t>
            </w:r>
          </w:p>
        </w:tc>
        <w:tc>
          <w:tcPr>
            <w:tcW w:w="4320" w:type="dxa"/>
            <w:tcBorders>
              <w:top w:val="single" w:sz="8" w:space="0" w:color="000000"/>
              <w:left w:val="single" w:sz="8" w:space="0" w:color="000000"/>
              <w:bottom w:val="single" w:sz="8" w:space="0" w:color="000000"/>
              <w:right w:val="single" w:sz="8" w:space="0" w:color="000000"/>
            </w:tcBorders>
          </w:tcPr>
          <w:p w14:paraId="0CB62D52" w14:textId="77777777" w:rsidR="00D37A9F" w:rsidRPr="001A6220" w:rsidRDefault="00000000">
            <w:pPr>
              <w:rPr>
                <w:rFonts w:ascii="Gill Sans MT" w:hAnsi="Gill Sans MT" w:cstheme="majorHAnsi"/>
              </w:rPr>
            </w:pPr>
            <w:r w:rsidRPr="001A6220">
              <w:rPr>
                <w:rFonts w:ascii="Gill Sans MT" w:hAnsi="Gill Sans MT" w:cstheme="majorHAnsi"/>
              </w:rPr>
              <w:t>Email</w:t>
            </w:r>
          </w:p>
        </w:tc>
      </w:tr>
      <w:tr w:rsidR="00D37A9F" w:rsidRPr="001A6220" w14:paraId="79E128E1" w14:textId="77777777">
        <w:tc>
          <w:tcPr>
            <w:tcW w:w="4320" w:type="dxa"/>
            <w:tcBorders>
              <w:top w:val="single" w:sz="8" w:space="0" w:color="000000"/>
              <w:left w:val="single" w:sz="8" w:space="0" w:color="000000"/>
              <w:bottom w:val="single" w:sz="8" w:space="0" w:color="000000"/>
              <w:right w:val="single" w:sz="8" w:space="0" w:color="000000"/>
            </w:tcBorders>
          </w:tcPr>
          <w:p w14:paraId="34FB6BE3" w14:textId="77777777" w:rsidR="00D37A9F" w:rsidRPr="001A6220" w:rsidRDefault="00000000">
            <w:pPr>
              <w:rPr>
                <w:rFonts w:ascii="Gill Sans MT" w:hAnsi="Gill Sans MT" w:cstheme="majorHAnsi"/>
              </w:rPr>
            </w:pPr>
            <w:proofErr w:type="gramStart"/>
            <w:r w:rsidRPr="001A6220">
              <w:rPr>
                <w:rFonts w:ascii="Gill Sans MT" w:hAnsi="Gill Sans MT" w:cstheme="majorHAnsi"/>
              </w:rPr>
              <w:t>Social Media</w:t>
            </w:r>
            <w:proofErr w:type="gramEnd"/>
          </w:p>
        </w:tc>
        <w:tc>
          <w:tcPr>
            <w:tcW w:w="4320" w:type="dxa"/>
            <w:tcBorders>
              <w:top w:val="single" w:sz="8" w:space="0" w:color="000000"/>
              <w:left w:val="single" w:sz="8" w:space="0" w:color="000000"/>
              <w:bottom w:val="single" w:sz="8" w:space="0" w:color="000000"/>
              <w:right w:val="single" w:sz="8" w:space="0" w:color="000000"/>
            </w:tcBorders>
          </w:tcPr>
          <w:p w14:paraId="2C66ABFF" w14:textId="77777777" w:rsidR="00D37A9F" w:rsidRPr="001A6220" w:rsidRDefault="00000000">
            <w:pPr>
              <w:rPr>
                <w:rFonts w:ascii="Gill Sans MT" w:hAnsi="Gill Sans MT" w:cstheme="majorHAnsi"/>
              </w:rPr>
            </w:pPr>
            <w:r w:rsidRPr="001A6220">
              <w:rPr>
                <w:rFonts w:ascii="Gill Sans MT" w:hAnsi="Gill Sans MT" w:cstheme="majorHAnsi"/>
              </w:rPr>
              <w:t>Website</w:t>
            </w:r>
          </w:p>
        </w:tc>
      </w:tr>
    </w:tbl>
    <w:p w14:paraId="4DEA385F" w14:textId="77777777" w:rsidR="00D37A9F" w:rsidRPr="001A6220" w:rsidRDefault="00C701DF">
      <w:pPr>
        <w:rPr>
          <w:rFonts w:ascii="Gill Sans MT" w:hAnsi="Gill Sans MT" w:cstheme="majorHAnsi"/>
        </w:rPr>
      </w:pPr>
      <w:r w:rsidRPr="001A6220">
        <w:rPr>
          <w:rFonts w:ascii="Gill Sans MT" w:hAnsi="Gill Sans MT" w:cstheme="majorHAnsi"/>
        </w:rPr>
        <w:br/>
      </w:r>
      <w:r w:rsidRPr="001A6220">
        <w:rPr>
          <w:rFonts w:ascii="Gill Sans MT" w:hAnsi="Gill Sans MT" w:cstheme="majorHAnsi"/>
          <w:b/>
        </w:rPr>
        <w:t>2. Your Product</w:t>
      </w:r>
    </w:p>
    <w:tbl>
      <w:tblPr>
        <w:tblW w:w="0" w:type="auto"/>
        <w:tblLook w:val="04A0" w:firstRow="1" w:lastRow="0" w:firstColumn="1" w:lastColumn="0" w:noHBand="0" w:noVBand="1"/>
      </w:tblPr>
      <w:tblGrid>
        <w:gridCol w:w="8620"/>
      </w:tblGrid>
      <w:tr w:rsidR="00D37A9F" w:rsidRPr="001A6220" w14:paraId="5C02A6E1" w14:textId="77777777">
        <w:tc>
          <w:tcPr>
            <w:tcW w:w="8640" w:type="dxa"/>
            <w:tcBorders>
              <w:top w:val="single" w:sz="8" w:space="0" w:color="000000"/>
              <w:left w:val="single" w:sz="8" w:space="0" w:color="000000"/>
              <w:bottom w:val="single" w:sz="8" w:space="0" w:color="000000"/>
              <w:right w:val="single" w:sz="8" w:space="0" w:color="000000"/>
            </w:tcBorders>
          </w:tcPr>
          <w:p w14:paraId="2D817F70" w14:textId="4AC69608" w:rsidR="00D37A9F" w:rsidRPr="001A6220" w:rsidRDefault="00000000">
            <w:pPr>
              <w:rPr>
                <w:rFonts w:ascii="Gill Sans MT" w:hAnsi="Gill Sans MT" w:cstheme="majorHAnsi"/>
              </w:rPr>
            </w:pPr>
            <w:r w:rsidRPr="001A6220">
              <w:rPr>
                <w:rFonts w:ascii="Gill Sans MT" w:hAnsi="Gill Sans MT" w:cstheme="majorHAnsi"/>
              </w:rPr>
              <w:t>Description of products or menu:</w:t>
            </w:r>
            <w:r w:rsidRPr="001A6220">
              <w:rPr>
                <w:rFonts w:ascii="Gill Sans MT" w:hAnsi="Gill Sans MT" w:cstheme="majorHAnsi"/>
              </w:rPr>
              <w:br/>
            </w:r>
            <w:r w:rsidRPr="001A6220">
              <w:rPr>
                <w:rFonts w:ascii="Gill Sans MT" w:hAnsi="Gill Sans MT" w:cstheme="majorHAnsi"/>
              </w:rPr>
              <w:br/>
            </w:r>
          </w:p>
        </w:tc>
      </w:tr>
      <w:tr w:rsidR="00D37A9F" w:rsidRPr="001A6220" w14:paraId="74102196" w14:textId="77777777">
        <w:tc>
          <w:tcPr>
            <w:tcW w:w="8640" w:type="dxa"/>
            <w:tcBorders>
              <w:top w:val="single" w:sz="8" w:space="0" w:color="000000"/>
              <w:left w:val="single" w:sz="8" w:space="0" w:color="000000"/>
              <w:bottom w:val="single" w:sz="8" w:space="0" w:color="000000"/>
              <w:right w:val="single" w:sz="8" w:space="0" w:color="000000"/>
            </w:tcBorders>
          </w:tcPr>
          <w:p w14:paraId="6CC8F29B" w14:textId="61E6A4D3" w:rsidR="00D37A9F" w:rsidRPr="001A6220" w:rsidRDefault="00000000">
            <w:pPr>
              <w:rPr>
                <w:rFonts w:ascii="Gill Sans MT" w:hAnsi="Gill Sans MT" w:cstheme="majorHAnsi"/>
              </w:rPr>
            </w:pPr>
            <w:r w:rsidRPr="001A6220">
              <w:rPr>
                <w:rFonts w:ascii="Gill Sans MT" w:hAnsi="Gill Sans MT" w:cstheme="majorHAnsi"/>
              </w:rPr>
              <w:t>Hygiene Authority &amp; Rating:</w:t>
            </w:r>
          </w:p>
        </w:tc>
      </w:tr>
    </w:tbl>
    <w:p w14:paraId="419A7A41" w14:textId="3D688865" w:rsidR="00D37A9F" w:rsidRPr="001A6220" w:rsidRDefault="000354A8">
      <w:pPr>
        <w:rPr>
          <w:rFonts w:ascii="Gill Sans MT" w:hAnsi="Gill Sans MT" w:cstheme="majorHAnsi"/>
          <w:sz w:val="20"/>
          <w:szCs w:val="20"/>
          <w:lang w:val="en-GB"/>
        </w:rPr>
      </w:pPr>
      <w:r w:rsidRPr="001A6220">
        <w:rPr>
          <w:rFonts w:ascii="Gill Sans MT" w:hAnsi="Gill Sans MT" w:cstheme="majorHAnsi"/>
        </w:rPr>
        <w:br/>
      </w:r>
      <w:r w:rsidR="00C701DF" w:rsidRPr="001A6220">
        <w:rPr>
          <w:rFonts w:ascii="Gill Sans MT" w:hAnsi="Gill Sans MT" w:cstheme="majorHAnsi"/>
          <w:sz w:val="20"/>
          <w:szCs w:val="20"/>
          <w:lang w:val="en-GB"/>
        </w:rPr>
        <w:t>We do not provide electric hook ups.</w:t>
      </w:r>
      <w:r w:rsidR="001C05A1" w:rsidRPr="001A6220">
        <w:rPr>
          <w:rFonts w:ascii="Gill Sans MT" w:hAnsi="Gill Sans MT" w:cstheme="majorHAnsi"/>
          <w:sz w:val="20"/>
          <w:szCs w:val="20"/>
          <w:lang w:val="en-GB"/>
        </w:rPr>
        <w:t xml:space="preserve"> </w:t>
      </w:r>
      <w:r w:rsidR="00C701DF" w:rsidRPr="001A6220">
        <w:rPr>
          <w:rFonts w:ascii="Gill Sans MT" w:hAnsi="Gill Sans MT" w:cstheme="majorHAnsi"/>
          <w:sz w:val="20"/>
          <w:szCs w:val="20"/>
          <w:lang w:val="en-GB"/>
        </w:rPr>
        <w:t>You are welcome to bring your own generators. These must be secured, covered or cordoned off and positioned away from the public.</w:t>
      </w:r>
      <w:r w:rsidR="001A6220" w:rsidRPr="001A6220">
        <w:rPr>
          <w:rFonts w:ascii="Gill Sans MT" w:hAnsi="Gill Sans MT" w:cstheme="majorHAnsi"/>
          <w:sz w:val="20"/>
          <w:szCs w:val="20"/>
          <w:lang w:val="en-GB"/>
        </w:rPr>
        <w:t xml:space="preserve"> </w:t>
      </w:r>
      <w:r w:rsidR="00C701DF" w:rsidRPr="001A6220">
        <w:rPr>
          <w:rFonts w:ascii="Gill Sans MT" w:hAnsi="Gill Sans MT" w:cstheme="majorHAnsi"/>
          <w:sz w:val="20"/>
          <w:szCs w:val="20"/>
          <w:lang w:val="en-GB"/>
        </w:rPr>
        <w:t>On receipt of your application, should you be successful we will raise an invoice for your deposit.</w:t>
      </w:r>
      <w:r w:rsidR="001C05A1" w:rsidRPr="001A6220">
        <w:rPr>
          <w:rFonts w:ascii="Gill Sans MT" w:hAnsi="Gill Sans MT" w:cstheme="majorHAnsi"/>
          <w:sz w:val="20"/>
          <w:szCs w:val="20"/>
          <w:lang w:val="en-GB"/>
        </w:rPr>
        <w:t xml:space="preserve"> </w:t>
      </w:r>
      <w:r w:rsidR="00C701DF" w:rsidRPr="001A6220">
        <w:rPr>
          <w:rFonts w:ascii="Gill Sans MT" w:hAnsi="Gill Sans MT" w:cstheme="majorHAnsi"/>
          <w:sz w:val="20"/>
          <w:szCs w:val="20"/>
          <w:lang w:val="en-GB"/>
        </w:rPr>
        <w:t>Please note we will hold the pitch for 48 hours from when we send your invoice.</w:t>
      </w:r>
      <w:r w:rsidR="005030BA">
        <w:rPr>
          <w:rFonts w:ascii="Gill Sans MT" w:hAnsi="Gill Sans MT" w:cstheme="majorHAnsi"/>
          <w:sz w:val="20"/>
          <w:szCs w:val="20"/>
          <w:lang w:val="en-GB"/>
        </w:rPr>
        <w:t xml:space="preserve"> Please send your application to </w:t>
      </w:r>
      <w:hyperlink r:id="rId7" w:history="1">
        <w:r w:rsidR="005030BA" w:rsidRPr="006B0390">
          <w:rPr>
            <w:rStyle w:val="Hyperlink"/>
            <w:rFonts w:ascii="Gill Sans MT" w:hAnsi="Gill Sans MT" w:cstheme="majorHAnsi"/>
            <w:sz w:val="20"/>
            <w:szCs w:val="20"/>
            <w:lang w:val="en-GB"/>
          </w:rPr>
          <w:t>orders@croots.co.uk</w:t>
        </w:r>
      </w:hyperlink>
      <w:r w:rsidR="005030BA">
        <w:rPr>
          <w:rFonts w:ascii="Gill Sans MT" w:hAnsi="Gill Sans MT" w:cstheme="majorHAnsi"/>
          <w:sz w:val="20"/>
          <w:szCs w:val="20"/>
          <w:lang w:val="en-GB"/>
        </w:rPr>
        <w:t xml:space="preserve">. </w:t>
      </w:r>
    </w:p>
    <w:tbl>
      <w:tblPr>
        <w:tblW w:w="0" w:type="auto"/>
        <w:tblLook w:val="04A0" w:firstRow="1" w:lastRow="0" w:firstColumn="1" w:lastColumn="0" w:noHBand="0" w:noVBand="1"/>
      </w:tblPr>
      <w:tblGrid>
        <w:gridCol w:w="2874"/>
        <w:gridCol w:w="2874"/>
        <w:gridCol w:w="2872"/>
      </w:tblGrid>
      <w:tr w:rsidR="00D37A9F" w:rsidRPr="001A6220" w14:paraId="04A33709"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5E50EDF2" w14:textId="77777777" w:rsidR="00D37A9F" w:rsidRPr="001A6220" w:rsidRDefault="00000000">
            <w:pPr>
              <w:rPr>
                <w:rFonts w:ascii="Gill Sans MT" w:hAnsi="Gill Sans MT" w:cstheme="majorHAnsi"/>
                <w:b/>
                <w:bCs/>
              </w:rPr>
            </w:pPr>
            <w:r w:rsidRPr="001A6220">
              <w:rPr>
                <w:rFonts w:ascii="Gill Sans MT" w:hAnsi="Gill Sans MT" w:cstheme="majorHAnsi"/>
                <w:b/>
                <w:bCs/>
              </w:rPr>
              <w:t>Stall Type</w:t>
            </w:r>
          </w:p>
        </w:tc>
        <w:tc>
          <w:tcPr>
            <w:tcW w:w="2874" w:type="dxa"/>
            <w:tcBorders>
              <w:top w:val="single" w:sz="8" w:space="0" w:color="000000"/>
              <w:left w:val="single" w:sz="8" w:space="0" w:color="000000"/>
              <w:bottom w:val="single" w:sz="8" w:space="0" w:color="000000"/>
              <w:right w:val="single" w:sz="8" w:space="0" w:color="000000"/>
            </w:tcBorders>
          </w:tcPr>
          <w:p w14:paraId="61C5510D" w14:textId="77777777" w:rsidR="00D37A9F" w:rsidRPr="001A6220" w:rsidRDefault="00000000">
            <w:pPr>
              <w:rPr>
                <w:rFonts w:ascii="Gill Sans MT" w:hAnsi="Gill Sans MT" w:cstheme="majorHAnsi"/>
                <w:b/>
                <w:bCs/>
              </w:rPr>
            </w:pPr>
            <w:r w:rsidRPr="001A6220">
              <w:rPr>
                <w:rFonts w:ascii="Gill Sans MT" w:hAnsi="Gill Sans MT" w:cstheme="majorHAnsi"/>
                <w:b/>
                <w:bCs/>
              </w:rPr>
              <w:t>Pitch Size</w:t>
            </w:r>
          </w:p>
        </w:tc>
        <w:tc>
          <w:tcPr>
            <w:tcW w:w="2872" w:type="dxa"/>
            <w:tcBorders>
              <w:top w:val="single" w:sz="8" w:space="0" w:color="000000"/>
              <w:left w:val="single" w:sz="8" w:space="0" w:color="000000"/>
              <w:bottom w:val="single" w:sz="8" w:space="0" w:color="000000"/>
              <w:right w:val="single" w:sz="8" w:space="0" w:color="000000"/>
            </w:tcBorders>
          </w:tcPr>
          <w:p w14:paraId="69C34E64" w14:textId="77777777" w:rsidR="00D37A9F" w:rsidRPr="001A6220" w:rsidRDefault="000354A8">
            <w:pPr>
              <w:rPr>
                <w:rFonts w:ascii="Gill Sans MT" w:hAnsi="Gill Sans MT" w:cstheme="majorHAnsi"/>
                <w:b/>
                <w:bCs/>
              </w:rPr>
            </w:pPr>
            <w:r w:rsidRPr="001A6220">
              <w:rPr>
                <w:rFonts w:ascii="Gill Sans MT" w:hAnsi="Gill Sans MT" w:cstheme="majorHAnsi"/>
                <w:b/>
                <w:bCs/>
              </w:rPr>
              <w:t>Price</w:t>
            </w:r>
          </w:p>
        </w:tc>
      </w:tr>
      <w:tr w:rsidR="00DD63E4" w:rsidRPr="001A6220" w14:paraId="744AA74E"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04830C8B" w14:textId="77777777" w:rsidR="00DD63E4" w:rsidRPr="001A6220" w:rsidRDefault="00DD63E4">
            <w:pPr>
              <w:rPr>
                <w:rFonts w:ascii="Gill Sans MT" w:hAnsi="Gill Sans MT" w:cstheme="majorHAnsi"/>
              </w:rPr>
            </w:pPr>
            <w:r w:rsidRPr="001A6220">
              <w:rPr>
                <w:rFonts w:ascii="Gill Sans MT" w:hAnsi="Gill Sans MT" w:cstheme="majorHAnsi"/>
              </w:rPr>
              <w:t>Food stall inside marquee</w:t>
            </w:r>
          </w:p>
        </w:tc>
        <w:tc>
          <w:tcPr>
            <w:tcW w:w="2874" w:type="dxa"/>
            <w:tcBorders>
              <w:top w:val="single" w:sz="8" w:space="0" w:color="000000"/>
              <w:left w:val="single" w:sz="8" w:space="0" w:color="000000"/>
              <w:bottom w:val="single" w:sz="8" w:space="0" w:color="000000"/>
              <w:right w:val="single" w:sz="8" w:space="0" w:color="000000"/>
            </w:tcBorders>
          </w:tcPr>
          <w:p w14:paraId="3284F3C8" w14:textId="77777777" w:rsidR="00DD63E4" w:rsidRPr="001A6220" w:rsidRDefault="00DD63E4">
            <w:pPr>
              <w:rPr>
                <w:rFonts w:ascii="Gill Sans MT" w:hAnsi="Gill Sans MT" w:cstheme="majorHAnsi"/>
              </w:rPr>
            </w:pPr>
            <w:r w:rsidRPr="001A6220">
              <w:rPr>
                <w:rFonts w:ascii="Gill Sans MT" w:hAnsi="Gill Sans MT" w:cstheme="majorHAnsi"/>
              </w:rPr>
              <w:t>2m x 1m</w:t>
            </w:r>
          </w:p>
        </w:tc>
        <w:tc>
          <w:tcPr>
            <w:tcW w:w="2872" w:type="dxa"/>
            <w:tcBorders>
              <w:top w:val="single" w:sz="8" w:space="0" w:color="000000"/>
              <w:left w:val="single" w:sz="8" w:space="0" w:color="000000"/>
              <w:bottom w:val="single" w:sz="8" w:space="0" w:color="000000"/>
              <w:right w:val="single" w:sz="8" w:space="0" w:color="000000"/>
            </w:tcBorders>
          </w:tcPr>
          <w:p w14:paraId="31891DD8" w14:textId="77777777" w:rsidR="00DD63E4" w:rsidRPr="001A6220" w:rsidRDefault="00DD63E4">
            <w:pPr>
              <w:rPr>
                <w:rFonts w:ascii="Gill Sans MT" w:hAnsi="Gill Sans MT" w:cstheme="majorHAnsi"/>
              </w:rPr>
            </w:pPr>
            <w:r w:rsidRPr="001A6220">
              <w:rPr>
                <w:rFonts w:ascii="Gill Sans MT" w:hAnsi="Gill Sans MT" w:cstheme="majorHAnsi"/>
              </w:rPr>
              <w:t>£60</w:t>
            </w:r>
          </w:p>
        </w:tc>
      </w:tr>
      <w:tr w:rsidR="00DD63E4" w:rsidRPr="001A6220" w14:paraId="50C845EA"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6F01523F" w14:textId="77777777" w:rsidR="00DD63E4" w:rsidRPr="001A6220" w:rsidRDefault="00DD63E4">
            <w:pPr>
              <w:rPr>
                <w:rFonts w:ascii="Gill Sans MT" w:hAnsi="Gill Sans MT" w:cstheme="majorHAnsi"/>
              </w:rPr>
            </w:pPr>
            <w:r w:rsidRPr="001A6220">
              <w:rPr>
                <w:rFonts w:ascii="Gill Sans MT" w:hAnsi="Gill Sans MT" w:cstheme="majorHAnsi"/>
              </w:rPr>
              <w:t>Food stall inside marquee</w:t>
            </w:r>
            <w:r w:rsidRPr="001A6220">
              <w:rPr>
                <w:rFonts w:ascii="Gill Sans MT" w:hAnsi="Gill Sans MT" w:cstheme="majorHAnsi"/>
              </w:rPr>
              <w:br/>
              <w:t>(double)</w:t>
            </w:r>
          </w:p>
        </w:tc>
        <w:tc>
          <w:tcPr>
            <w:tcW w:w="2874" w:type="dxa"/>
            <w:tcBorders>
              <w:top w:val="single" w:sz="8" w:space="0" w:color="000000"/>
              <w:left w:val="single" w:sz="8" w:space="0" w:color="000000"/>
              <w:bottom w:val="single" w:sz="8" w:space="0" w:color="000000"/>
              <w:right w:val="single" w:sz="8" w:space="0" w:color="000000"/>
            </w:tcBorders>
          </w:tcPr>
          <w:p w14:paraId="20BD1EEB" w14:textId="77777777" w:rsidR="00DD63E4" w:rsidRPr="001A6220" w:rsidRDefault="00DD63E4">
            <w:pPr>
              <w:rPr>
                <w:rFonts w:ascii="Gill Sans MT" w:hAnsi="Gill Sans MT" w:cstheme="majorHAnsi"/>
              </w:rPr>
            </w:pPr>
            <w:r w:rsidRPr="001A6220">
              <w:rPr>
                <w:rFonts w:ascii="Gill Sans MT" w:hAnsi="Gill Sans MT" w:cstheme="majorHAnsi"/>
              </w:rPr>
              <w:t>4m x 1m</w:t>
            </w:r>
          </w:p>
        </w:tc>
        <w:tc>
          <w:tcPr>
            <w:tcW w:w="2872" w:type="dxa"/>
            <w:tcBorders>
              <w:top w:val="single" w:sz="8" w:space="0" w:color="000000"/>
              <w:left w:val="single" w:sz="8" w:space="0" w:color="000000"/>
              <w:bottom w:val="single" w:sz="8" w:space="0" w:color="000000"/>
              <w:right w:val="single" w:sz="8" w:space="0" w:color="000000"/>
            </w:tcBorders>
          </w:tcPr>
          <w:p w14:paraId="1257E3BB" w14:textId="77777777" w:rsidR="00DD63E4" w:rsidRPr="001A6220" w:rsidRDefault="00DD63E4">
            <w:pPr>
              <w:rPr>
                <w:rFonts w:ascii="Gill Sans MT" w:hAnsi="Gill Sans MT" w:cstheme="majorHAnsi"/>
              </w:rPr>
            </w:pPr>
            <w:r w:rsidRPr="001A6220">
              <w:rPr>
                <w:rFonts w:ascii="Gill Sans MT" w:hAnsi="Gill Sans MT" w:cstheme="majorHAnsi"/>
              </w:rPr>
              <w:t>£110</w:t>
            </w:r>
          </w:p>
        </w:tc>
      </w:tr>
      <w:tr w:rsidR="00D37A9F" w:rsidRPr="001A6220" w14:paraId="272F8653"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2E2EF8B4" w14:textId="77777777" w:rsidR="00D37A9F" w:rsidRPr="001A6220" w:rsidRDefault="000354A8">
            <w:pPr>
              <w:rPr>
                <w:rFonts w:ascii="Gill Sans MT" w:hAnsi="Gill Sans MT" w:cstheme="majorHAnsi"/>
              </w:rPr>
            </w:pPr>
            <w:r w:rsidRPr="001A6220">
              <w:rPr>
                <w:rFonts w:ascii="Gill Sans MT" w:hAnsi="Gill Sans MT" w:cstheme="majorHAnsi"/>
              </w:rPr>
              <w:t>Food stall</w:t>
            </w:r>
          </w:p>
        </w:tc>
        <w:tc>
          <w:tcPr>
            <w:tcW w:w="2874" w:type="dxa"/>
            <w:tcBorders>
              <w:top w:val="single" w:sz="8" w:space="0" w:color="000000"/>
              <w:left w:val="single" w:sz="8" w:space="0" w:color="000000"/>
              <w:bottom w:val="single" w:sz="8" w:space="0" w:color="000000"/>
              <w:right w:val="single" w:sz="8" w:space="0" w:color="000000"/>
            </w:tcBorders>
          </w:tcPr>
          <w:p w14:paraId="5B07CAEF" w14:textId="77777777" w:rsidR="00D37A9F" w:rsidRPr="001A6220" w:rsidRDefault="00CD0C94">
            <w:pPr>
              <w:rPr>
                <w:rFonts w:ascii="Gill Sans MT" w:hAnsi="Gill Sans MT" w:cstheme="majorHAnsi"/>
              </w:rPr>
            </w:pPr>
            <w:r w:rsidRPr="001A6220">
              <w:rPr>
                <w:rFonts w:ascii="Gill Sans MT" w:hAnsi="Gill Sans MT" w:cstheme="majorHAnsi"/>
              </w:rPr>
              <w:t>3m x 3m</w:t>
            </w:r>
          </w:p>
        </w:tc>
        <w:tc>
          <w:tcPr>
            <w:tcW w:w="2872" w:type="dxa"/>
            <w:tcBorders>
              <w:top w:val="single" w:sz="8" w:space="0" w:color="000000"/>
              <w:left w:val="single" w:sz="8" w:space="0" w:color="000000"/>
              <w:bottom w:val="single" w:sz="8" w:space="0" w:color="000000"/>
              <w:right w:val="single" w:sz="8" w:space="0" w:color="000000"/>
            </w:tcBorders>
          </w:tcPr>
          <w:p w14:paraId="55011FD8" w14:textId="77777777" w:rsidR="00D37A9F" w:rsidRPr="001A6220" w:rsidRDefault="000354A8">
            <w:pPr>
              <w:rPr>
                <w:rFonts w:ascii="Gill Sans MT" w:hAnsi="Gill Sans MT" w:cstheme="majorHAnsi"/>
              </w:rPr>
            </w:pPr>
            <w:r w:rsidRPr="001A6220">
              <w:rPr>
                <w:rFonts w:ascii="Gill Sans MT" w:hAnsi="Gill Sans MT" w:cstheme="majorHAnsi"/>
              </w:rPr>
              <w:t>£</w:t>
            </w:r>
            <w:r w:rsidR="007F7F5E" w:rsidRPr="001A6220">
              <w:rPr>
                <w:rFonts w:ascii="Gill Sans MT" w:hAnsi="Gill Sans MT" w:cstheme="majorHAnsi"/>
              </w:rPr>
              <w:t>5</w:t>
            </w:r>
            <w:r w:rsidRPr="001A6220">
              <w:rPr>
                <w:rFonts w:ascii="Gill Sans MT" w:hAnsi="Gill Sans MT" w:cstheme="majorHAnsi"/>
              </w:rPr>
              <w:t>0</w:t>
            </w:r>
          </w:p>
        </w:tc>
      </w:tr>
      <w:tr w:rsidR="00D37A9F" w:rsidRPr="001A6220" w14:paraId="00706E71"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6540E45C" w14:textId="77777777" w:rsidR="00D37A9F" w:rsidRPr="001A6220" w:rsidRDefault="000354A8">
            <w:pPr>
              <w:rPr>
                <w:rFonts w:ascii="Gill Sans MT" w:hAnsi="Gill Sans MT" w:cstheme="majorHAnsi"/>
              </w:rPr>
            </w:pPr>
            <w:r w:rsidRPr="001A6220">
              <w:rPr>
                <w:rFonts w:ascii="Gill Sans MT" w:hAnsi="Gill Sans MT" w:cstheme="majorHAnsi"/>
              </w:rPr>
              <w:t>Food Stall</w:t>
            </w:r>
            <w:r w:rsidR="00DD63E4" w:rsidRPr="001A6220">
              <w:rPr>
                <w:rFonts w:ascii="Gill Sans MT" w:hAnsi="Gill Sans MT" w:cstheme="majorHAnsi"/>
              </w:rPr>
              <w:t xml:space="preserve"> (double)</w:t>
            </w:r>
          </w:p>
        </w:tc>
        <w:tc>
          <w:tcPr>
            <w:tcW w:w="2874" w:type="dxa"/>
            <w:tcBorders>
              <w:top w:val="single" w:sz="8" w:space="0" w:color="000000"/>
              <w:left w:val="single" w:sz="8" w:space="0" w:color="000000"/>
              <w:bottom w:val="single" w:sz="8" w:space="0" w:color="000000"/>
              <w:right w:val="single" w:sz="8" w:space="0" w:color="000000"/>
            </w:tcBorders>
          </w:tcPr>
          <w:p w14:paraId="05857ED5" w14:textId="77777777" w:rsidR="00D37A9F" w:rsidRPr="001A6220" w:rsidRDefault="007F7F5E">
            <w:pPr>
              <w:rPr>
                <w:rFonts w:ascii="Gill Sans MT" w:hAnsi="Gill Sans MT" w:cstheme="majorHAnsi"/>
              </w:rPr>
            </w:pPr>
            <w:r w:rsidRPr="001A6220">
              <w:rPr>
                <w:rFonts w:ascii="Gill Sans MT" w:hAnsi="Gill Sans MT" w:cstheme="majorHAnsi"/>
              </w:rPr>
              <w:t>6m x 6m</w:t>
            </w:r>
          </w:p>
        </w:tc>
        <w:tc>
          <w:tcPr>
            <w:tcW w:w="2872" w:type="dxa"/>
            <w:tcBorders>
              <w:top w:val="single" w:sz="8" w:space="0" w:color="000000"/>
              <w:left w:val="single" w:sz="8" w:space="0" w:color="000000"/>
              <w:bottom w:val="single" w:sz="8" w:space="0" w:color="000000"/>
              <w:right w:val="single" w:sz="8" w:space="0" w:color="000000"/>
            </w:tcBorders>
          </w:tcPr>
          <w:p w14:paraId="6D5F69F3" w14:textId="77777777" w:rsidR="00D37A9F" w:rsidRPr="001A6220" w:rsidRDefault="000354A8">
            <w:pPr>
              <w:rPr>
                <w:rFonts w:ascii="Gill Sans MT" w:hAnsi="Gill Sans MT" w:cstheme="majorHAnsi"/>
              </w:rPr>
            </w:pPr>
            <w:r w:rsidRPr="001A6220">
              <w:rPr>
                <w:rFonts w:ascii="Gill Sans MT" w:hAnsi="Gill Sans MT" w:cstheme="majorHAnsi"/>
              </w:rPr>
              <w:t>£95</w:t>
            </w:r>
          </w:p>
        </w:tc>
      </w:tr>
      <w:tr w:rsidR="00D37A9F" w:rsidRPr="001A6220" w14:paraId="181439E1" w14:textId="77777777" w:rsidTr="00DD63E4">
        <w:tc>
          <w:tcPr>
            <w:tcW w:w="2874" w:type="dxa"/>
            <w:tcBorders>
              <w:top w:val="single" w:sz="8" w:space="0" w:color="000000"/>
              <w:left w:val="single" w:sz="8" w:space="0" w:color="000000"/>
              <w:bottom w:val="single" w:sz="8" w:space="0" w:color="000000"/>
              <w:right w:val="single" w:sz="8" w:space="0" w:color="000000"/>
            </w:tcBorders>
          </w:tcPr>
          <w:p w14:paraId="74498C89" w14:textId="77777777" w:rsidR="00D37A9F" w:rsidRPr="001A6220" w:rsidRDefault="00000000">
            <w:pPr>
              <w:rPr>
                <w:rFonts w:ascii="Gill Sans MT" w:hAnsi="Gill Sans MT" w:cstheme="majorHAnsi"/>
              </w:rPr>
            </w:pPr>
            <w:r w:rsidRPr="001A6220">
              <w:rPr>
                <w:rFonts w:ascii="Gill Sans MT" w:hAnsi="Gill Sans MT" w:cstheme="majorHAnsi"/>
              </w:rPr>
              <w:t>Catering Pitch</w:t>
            </w:r>
          </w:p>
        </w:tc>
        <w:tc>
          <w:tcPr>
            <w:tcW w:w="2874" w:type="dxa"/>
            <w:tcBorders>
              <w:top w:val="single" w:sz="8" w:space="0" w:color="000000"/>
              <w:left w:val="single" w:sz="8" w:space="0" w:color="000000"/>
              <w:bottom w:val="single" w:sz="8" w:space="0" w:color="000000"/>
              <w:right w:val="single" w:sz="8" w:space="0" w:color="000000"/>
            </w:tcBorders>
          </w:tcPr>
          <w:p w14:paraId="44A15968" w14:textId="77777777" w:rsidR="00D37A9F" w:rsidRPr="001A6220" w:rsidRDefault="007F7F5E">
            <w:pPr>
              <w:rPr>
                <w:rFonts w:ascii="Gill Sans MT" w:hAnsi="Gill Sans MT" w:cstheme="majorHAnsi"/>
              </w:rPr>
            </w:pPr>
            <w:r w:rsidRPr="001A6220">
              <w:rPr>
                <w:rFonts w:ascii="Gill Sans MT" w:hAnsi="Gill Sans MT" w:cstheme="majorHAnsi"/>
              </w:rPr>
              <w:t xml:space="preserve">8m x </w:t>
            </w:r>
            <w:r w:rsidR="002D4D48" w:rsidRPr="001A6220">
              <w:rPr>
                <w:rFonts w:ascii="Gill Sans MT" w:hAnsi="Gill Sans MT" w:cstheme="majorHAnsi"/>
              </w:rPr>
              <w:t>8</w:t>
            </w:r>
            <w:r w:rsidRPr="001A6220">
              <w:rPr>
                <w:rFonts w:ascii="Gill Sans MT" w:hAnsi="Gill Sans MT" w:cstheme="majorHAnsi"/>
              </w:rPr>
              <w:t>m (maximum)</w:t>
            </w:r>
          </w:p>
        </w:tc>
        <w:tc>
          <w:tcPr>
            <w:tcW w:w="2872" w:type="dxa"/>
            <w:tcBorders>
              <w:top w:val="single" w:sz="8" w:space="0" w:color="000000"/>
              <w:left w:val="single" w:sz="8" w:space="0" w:color="000000"/>
              <w:bottom w:val="single" w:sz="8" w:space="0" w:color="000000"/>
              <w:right w:val="single" w:sz="8" w:space="0" w:color="000000"/>
            </w:tcBorders>
          </w:tcPr>
          <w:p w14:paraId="7CEFD6E6" w14:textId="77777777" w:rsidR="00D37A9F" w:rsidRPr="001A6220" w:rsidRDefault="000354A8">
            <w:pPr>
              <w:rPr>
                <w:rFonts w:ascii="Gill Sans MT" w:hAnsi="Gill Sans MT" w:cstheme="majorHAnsi"/>
              </w:rPr>
            </w:pPr>
            <w:r w:rsidRPr="001A6220">
              <w:rPr>
                <w:rFonts w:ascii="Gill Sans MT" w:hAnsi="Gill Sans MT" w:cstheme="majorHAnsi"/>
              </w:rPr>
              <w:t>£95</w:t>
            </w:r>
          </w:p>
        </w:tc>
      </w:tr>
    </w:tbl>
    <w:p w14:paraId="3F0CEA71" w14:textId="77777777" w:rsidR="00581C89" w:rsidRDefault="00581C89" w:rsidP="00D8326D">
      <w:pPr>
        <w:rPr>
          <w:rFonts w:ascii="Gill Sans MT" w:hAnsi="Gill Sans MT" w:cstheme="majorHAnsi"/>
          <w:b/>
          <w:bCs/>
          <w:lang w:val="en-GB"/>
        </w:rPr>
      </w:pPr>
    </w:p>
    <w:p w14:paraId="40477BEC" w14:textId="0508D62B" w:rsidR="00D8326D" w:rsidRPr="001A6220" w:rsidRDefault="00D8326D" w:rsidP="00D8326D">
      <w:pPr>
        <w:rPr>
          <w:rFonts w:ascii="Gill Sans MT" w:hAnsi="Gill Sans MT" w:cstheme="majorHAnsi"/>
          <w:b/>
          <w:bCs/>
          <w:lang w:val="en-GB"/>
        </w:rPr>
      </w:pPr>
      <w:r w:rsidRPr="001A6220">
        <w:rPr>
          <w:rFonts w:ascii="Gill Sans MT" w:hAnsi="Gill Sans MT" w:cstheme="majorHAnsi"/>
          <w:b/>
          <w:bCs/>
          <w:lang w:val="en-GB"/>
        </w:rPr>
        <w:lastRenderedPageBreak/>
        <w:t>CROOTS FARM SHOP</w:t>
      </w:r>
      <w:r w:rsidR="001A6220" w:rsidRPr="001A6220">
        <w:rPr>
          <w:rFonts w:ascii="Gill Sans MT" w:hAnsi="Gill Sans MT" w:cstheme="majorHAnsi"/>
          <w:b/>
          <w:bCs/>
          <w:lang w:val="en-GB"/>
        </w:rPr>
        <w:t xml:space="preserve"> FOOD FAIR</w:t>
      </w:r>
      <w:r w:rsidRPr="001A6220">
        <w:rPr>
          <w:rFonts w:ascii="Gill Sans MT" w:hAnsi="Gill Sans MT" w:cstheme="majorHAnsi"/>
          <w:b/>
          <w:bCs/>
          <w:lang w:val="en-GB"/>
        </w:rPr>
        <w:t xml:space="preserve"> TERMS &amp; CONDITIONS OF BOOKING 2026</w:t>
      </w:r>
    </w:p>
    <w:p w14:paraId="1169E753" w14:textId="65FC4F0B" w:rsidR="00D8326D" w:rsidRPr="001A6220" w:rsidRDefault="00D8326D" w:rsidP="00D8326D">
      <w:pPr>
        <w:rPr>
          <w:rFonts w:ascii="Gill Sans MT" w:hAnsi="Gill Sans MT" w:cstheme="majorHAnsi"/>
          <w:sz w:val="20"/>
          <w:szCs w:val="20"/>
          <w:lang w:val="en-GB"/>
        </w:rPr>
      </w:pPr>
      <w:r w:rsidRPr="001A6220">
        <w:rPr>
          <w:rFonts w:ascii="Gill Sans MT" w:hAnsi="Gill Sans MT" w:cstheme="majorHAnsi"/>
          <w:b/>
          <w:bCs/>
          <w:sz w:val="20"/>
          <w:szCs w:val="20"/>
          <w:lang w:val="en-GB"/>
        </w:rPr>
        <w:t xml:space="preserve">1) </w:t>
      </w:r>
      <w:proofErr w:type="spellStart"/>
      <w:r w:rsidRPr="001A6220">
        <w:rPr>
          <w:rFonts w:ascii="Gill Sans MT" w:hAnsi="Gill Sans MT" w:cstheme="majorHAnsi"/>
          <w:b/>
          <w:bCs/>
          <w:sz w:val="20"/>
          <w:szCs w:val="20"/>
          <w:lang w:val="en-GB"/>
        </w:rPr>
        <w:t>Croots</w:t>
      </w:r>
      <w:proofErr w:type="spellEnd"/>
      <w:r w:rsidRPr="001A6220">
        <w:rPr>
          <w:rFonts w:ascii="Gill Sans MT" w:hAnsi="Gill Sans MT" w:cstheme="majorHAnsi"/>
          <w:b/>
          <w:bCs/>
          <w:sz w:val="20"/>
          <w:szCs w:val="20"/>
          <w:lang w:val="en-GB"/>
        </w:rPr>
        <w:t xml:space="preserve"> Farm Shop statement</w:t>
      </w:r>
      <w:r w:rsidRPr="001A6220">
        <w:rPr>
          <w:rFonts w:ascii="Gill Sans MT" w:hAnsi="Gill Sans MT" w:cstheme="majorHAnsi"/>
          <w:sz w:val="20"/>
          <w:szCs w:val="20"/>
          <w:lang w:val="en-GB"/>
        </w:rPr>
        <w:br/>
      </w:r>
      <w:proofErr w:type="spellStart"/>
      <w:r w:rsidRPr="001A6220">
        <w:rPr>
          <w:rFonts w:ascii="Gill Sans MT" w:hAnsi="Gill Sans MT" w:cstheme="majorHAnsi"/>
          <w:sz w:val="20"/>
          <w:szCs w:val="20"/>
          <w:lang w:val="en-GB"/>
        </w:rPr>
        <w:t>Croots</w:t>
      </w:r>
      <w:proofErr w:type="spellEnd"/>
      <w:r w:rsidRPr="001A6220">
        <w:rPr>
          <w:rFonts w:ascii="Gill Sans MT" w:hAnsi="Gill Sans MT" w:cstheme="majorHAnsi"/>
          <w:sz w:val="20"/>
          <w:szCs w:val="20"/>
          <w:lang w:val="en-GB"/>
        </w:rPr>
        <w:t xml:space="preserve"> Farm Shop will promote events in a professional manner. Events will be well-advertised online, in local press, regionally, and, where appropriate, further afield. With permission from local authorities, all events will be clearly advertised and signposted.</w:t>
      </w:r>
    </w:p>
    <w:p w14:paraId="53A02319" w14:textId="0490B9B8" w:rsidR="00D8326D" w:rsidRPr="001A6220" w:rsidRDefault="00D8326D" w:rsidP="00D8326D">
      <w:pPr>
        <w:rPr>
          <w:rFonts w:ascii="Gill Sans MT" w:hAnsi="Gill Sans MT" w:cstheme="majorHAnsi"/>
          <w:sz w:val="20"/>
          <w:szCs w:val="20"/>
          <w:lang w:val="en-GB"/>
        </w:rPr>
      </w:pPr>
      <w:r w:rsidRPr="001A6220">
        <w:rPr>
          <w:rFonts w:ascii="Gill Sans MT" w:hAnsi="Gill Sans MT" w:cstheme="majorHAnsi"/>
          <w:b/>
          <w:bCs/>
          <w:sz w:val="20"/>
          <w:szCs w:val="20"/>
          <w:lang w:val="en-GB"/>
        </w:rPr>
        <w:t xml:space="preserve">2) </w:t>
      </w:r>
      <w:r w:rsidR="00CD0C94" w:rsidRPr="001A6220">
        <w:rPr>
          <w:rFonts w:ascii="Gill Sans MT" w:hAnsi="Gill Sans MT" w:cstheme="majorHAnsi"/>
          <w:b/>
          <w:bCs/>
          <w:sz w:val="20"/>
          <w:szCs w:val="20"/>
          <w:lang w:val="en-GB"/>
        </w:rPr>
        <w:t>A</w:t>
      </w:r>
      <w:r w:rsidRPr="001A6220">
        <w:rPr>
          <w:rFonts w:ascii="Gill Sans MT" w:hAnsi="Gill Sans MT" w:cstheme="majorHAnsi"/>
          <w:b/>
          <w:bCs/>
          <w:sz w:val="20"/>
          <w:szCs w:val="20"/>
          <w:lang w:val="en-GB"/>
        </w:rPr>
        <w:t>ll exhibitors</w:t>
      </w:r>
      <w:r w:rsidR="00CD0C94" w:rsidRPr="001A6220">
        <w:rPr>
          <w:rFonts w:ascii="Gill Sans MT" w:hAnsi="Gill Sans MT" w:cstheme="majorHAnsi"/>
          <w:b/>
          <w:bCs/>
          <w:sz w:val="20"/>
          <w:szCs w:val="20"/>
          <w:lang w:val="en-GB"/>
        </w:rPr>
        <w:br/>
      </w:r>
      <w:r w:rsidR="00CD0C94" w:rsidRPr="001A6220">
        <w:rPr>
          <w:rFonts w:ascii="Gill Sans MT" w:hAnsi="Gill Sans MT" w:cstheme="majorHAnsi"/>
          <w:sz w:val="20"/>
          <w:szCs w:val="20"/>
          <w:lang w:val="en-GB"/>
        </w:rPr>
        <w:t>All exhibitors are responsible for bringing your own tables, marquees and provisions for electricity if required.</w:t>
      </w:r>
      <w:r w:rsidR="001C05A1" w:rsidRPr="001A6220">
        <w:rPr>
          <w:rFonts w:ascii="Gill Sans MT" w:hAnsi="Gill Sans MT" w:cstheme="majorHAnsi"/>
          <w:b/>
          <w:bCs/>
          <w:sz w:val="20"/>
          <w:szCs w:val="20"/>
          <w:lang w:val="en-GB"/>
        </w:rPr>
        <w:t xml:space="preserve"> </w:t>
      </w:r>
      <w:r w:rsidRPr="001A6220">
        <w:rPr>
          <w:rFonts w:ascii="Gill Sans MT" w:hAnsi="Gill Sans MT" w:cstheme="majorHAnsi"/>
          <w:sz w:val="20"/>
          <w:szCs w:val="20"/>
          <w:lang w:val="en-GB"/>
        </w:rPr>
        <w:t xml:space="preserve">Stall holders must ensure they have adequate </w:t>
      </w:r>
      <w:proofErr w:type="spellStart"/>
      <w:proofErr w:type="gramStart"/>
      <w:r w:rsidRPr="001A6220">
        <w:rPr>
          <w:rFonts w:ascii="Gill Sans MT" w:hAnsi="Gill Sans MT" w:cstheme="majorHAnsi"/>
          <w:sz w:val="20"/>
          <w:szCs w:val="20"/>
          <w:lang w:val="en-GB"/>
        </w:rPr>
        <w:t>insurance.You</w:t>
      </w:r>
      <w:proofErr w:type="spellEnd"/>
      <w:proofErr w:type="gramEnd"/>
      <w:r w:rsidRPr="001A6220">
        <w:rPr>
          <w:rFonts w:ascii="Gill Sans MT" w:hAnsi="Gill Sans MT" w:cstheme="majorHAnsi"/>
          <w:sz w:val="20"/>
          <w:szCs w:val="20"/>
          <w:lang w:val="en-GB"/>
        </w:rPr>
        <w:t xml:space="preserve"> must complete all relevant fire and general risk assessments and make these available for inspection when requested. You must also provide appropriate firefighting equipment where relevant if using any electrical or gas </w:t>
      </w:r>
      <w:proofErr w:type="spellStart"/>
      <w:proofErr w:type="gramStart"/>
      <w:r w:rsidRPr="001A6220">
        <w:rPr>
          <w:rFonts w:ascii="Gill Sans MT" w:hAnsi="Gill Sans MT" w:cstheme="majorHAnsi"/>
          <w:sz w:val="20"/>
          <w:szCs w:val="20"/>
          <w:lang w:val="en-GB"/>
        </w:rPr>
        <w:t>appliances.All</w:t>
      </w:r>
      <w:proofErr w:type="spellEnd"/>
      <w:proofErr w:type="gramEnd"/>
      <w:r w:rsidRPr="001A6220">
        <w:rPr>
          <w:rFonts w:ascii="Gill Sans MT" w:hAnsi="Gill Sans MT" w:cstheme="majorHAnsi"/>
          <w:sz w:val="20"/>
          <w:szCs w:val="20"/>
          <w:lang w:val="en-GB"/>
        </w:rPr>
        <w:t xml:space="preserve"> setting</w:t>
      </w:r>
      <w:r w:rsidR="00796E15" w:rsidRPr="001A6220">
        <w:rPr>
          <w:rFonts w:ascii="Gill Sans MT" w:hAnsi="Gill Sans MT" w:cstheme="majorHAnsi"/>
          <w:sz w:val="20"/>
          <w:szCs w:val="20"/>
          <w:lang w:val="en-GB"/>
        </w:rPr>
        <w:t>-</w:t>
      </w:r>
      <w:r w:rsidRPr="001A6220">
        <w:rPr>
          <w:rFonts w:ascii="Gill Sans MT" w:hAnsi="Gill Sans MT" w:cstheme="majorHAnsi"/>
          <w:sz w:val="20"/>
          <w:szCs w:val="20"/>
          <w:lang w:val="en-GB"/>
        </w:rPr>
        <w:t xml:space="preserve">up details will be sent out one week before </w:t>
      </w:r>
      <w:r w:rsidR="00796E15" w:rsidRPr="001A6220">
        <w:rPr>
          <w:rFonts w:ascii="Gill Sans MT" w:hAnsi="Gill Sans MT" w:cstheme="majorHAnsi"/>
          <w:sz w:val="20"/>
          <w:szCs w:val="20"/>
          <w:lang w:val="en-GB"/>
        </w:rPr>
        <w:t>the</w:t>
      </w:r>
      <w:r w:rsidRPr="001A6220">
        <w:rPr>
          <w:rFonts w:ascii="Gill Sans MT" w:hAnsi="Gill Sans MT" w:cstheme="majorHAnsi"/>
          <w:sz w:val="20"/>
          <w:szCs w:val="20"/>
          <w:lang w:val="en-GB"/>
        </w:rPr>
        <w:t xml:space="preserve"> event. All stands or stalls must be set up in an attractive and professional manner. Please ensure trailers and gazebos are suitable for professional use. Packaging and boxes must be stored neatly or kept out of sight.</w:t>
      </w:r>
      <w:r w:rsidR="00CD0C94" w:rsidRPr="001A6220">
        <w:rPr>
          <w:rFonts w:ascii="Gill Sans MT" w:hAnsi="Gill Sans MT" w:cstheme="majorHAnsi"/>
          <w:sz w:val="20"/>
          <w:szCs w:val="20"/>
          <w:lang w:val="en-GB"/>
        </w:rPr>
        <w:br/>
      </w:r>
      <w:r w:rsidR="00CD0C94" w:rsidRPr="001A6220">
        <w:rPr>
          <w:rFonts w:ascii="Gill Sans MT" w:hAnsi="Gill Sans MT" w:cstheme="majorHAnsi"/>
          <w:sz w:val="20"/>
          <w:szCs w:val="20"/>
        </w:rPr>
        <w:t>For health and safety reasons, extra tables cannot be added to the stand, and tables cannot be repositioned.</w:t>
      </w:r>
      <w:r w:rsidR="001C05A1"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 xml:space="preserve">Hot food stalls must provide their own bin for use at the front of their stall. This must be emptied regularly into the designated </w:t>
      </w:r>
      <w:r w:rsidR="00CD0C94" w:rsidRPr="001A6220">
        <w:rPr>
          <w:rFonts w:ascii="Gill Sans MT" w:hAnsi="Gill Sans MT" w:cstheme="majorHAnsi"/>
          <w:sz w:val="20"/>
          <w:szCs w:val="20"/>
          <w:lang w:val="en-GB"/>
        </w:rPr>
        <w:t>bin</w:t>
      </w:r>
      <w:r w:rsidRPr="001A6220">
        <w:rPr>
          <w:rFonts w:ascii="Gill Sans MT" w:hAnsi="Gill Sans MT" w:cstheme="majorHAnsi"/>
          <w:sz w:val="20"/>
          <w:szCs w:val="20"/>
          <w:lang w:val="en-GB"/>
        </w:rPr>
        <w:t xml:space="preserve">s. All recycling, including cardboard, boxes, tins, plastic and glass, must be removed and taken away by the </w:t>
      </w:r>
      <w:proofErr w:type="gramStart"/>
      <w:r w:rsidRPr="001A6220">
        <w:rPr>
          <w:rFonts w:ascii="Gill Sans MT" w:hAnsi="Gill Sans MT" w:cstheme="majorHAnsi"/>
          <w:sz w:val="20"/>
          <w:szCs w:val="20"/>
          <w:lang w:val="en-GB"/>
        </w:rPr>
        <w:t>trader.</w:t>
      </w:r>
      <w:r w:rsidR="00CD0C94" w:rsidRPr="001A6220">
        <w:rPr>
          <w:rFonts w:ascii="Gill Sans MT" w:hAnsi="Gill Sans MT" w:cstheme="majorHAnsi"/>
          <w:sz w:val="20"/>
          <w:szCs w:val="20"/>
        </w:rPr>
        <w:t>All</w:t>
      </w:r>
      <w:proofErr w:type="gramEnd"/>
      <w:r w:rsidR="00CD0C94" w:rsidRPr="001A6220">
        <w:rPr>
          <w:rFonts w:ascii="Gill Sans MT" w:hAnsi="Gill Sans MT" w:cstheme="majorHAnsi"/>
          <w:sz w:val="20"/>
          <w:szCs w:val="20"/>
        </w:rPr>
        <w:t xml:space="preserve"> exhibitors must ensure that walkways, doorways and fire exits are kept clear at all </w:t>
      </w:r>
      <w:proofErr w:type="gramStart"/>
      <w:r w:rsidR="00CD0C94" w:rsidRPr="001A6220">
        <w:rPr>
          <w:rFonts w:ascii="Gill Sans MT" w:hAnsi="Gill Sans MT" w:cstheme="majorHAnsi"/>
          <w:sz w:val="20"/>
          <w:szCs w:val="20"/>
        </w:rPr>
        <w:t>times.</w:t>
      </w:r>
      <w:r w:rsidRPr="001A6220">
        <w:rPr>
          <w:rFonts w:ascii="Gill Sans MT" w:hAnsi="Gill Sans MT" w:cstheme="majorHAnsi"/>
          <w:sz w:val="20"/>
          <w:szCs w:val="20"/>
          <w:lang w:val="en-GB"/>
        </w:rPr>
        <w:t>All</w:t>
      </w:r>
      <w:proofErr w:type="gramEnd"/>
      <w:r w:rsidRPr="001A6220">
        <w:rPr>
          <w:rFonts w:ascii="Gill Sans MT" w:hAnsi="Gill Sans MT" w:cstheme="majorHAnsi"/>
          <w:sz w:val="20"/>
          <w:szCs w:val="20"/>
          <w:lang w:val="en-GB"/>
        </w:rPr>
        <w:t xml:space="preserve"> electrical equipment must have a valid PAT test certificate. All gas equipment must have a valid gas safety certification. These must be submitted along with your fire and risk assessments when </w:t>
      </w:r>
      <w:proofErr w:type="spellStart"/>
      <w:proofErr w:type="gramStart"/>
      <w:r w:rsidRPr="001A6220">
        <w:rPr>
          <w:rFonts w:ascii="Gill Sans MT" w:hAnsi="Gill Sans MT" w:cstheme="majorHAnsi"/>
          <w:sz w:val="20"/>
          <w:szCs w:val="20"/>
          <w:lang w:val="en-GB"/>
        </w:rPr>
        <w:t>booking.All</w:t>
      </w:r>
      <w:proofErr w:type="spellEnd"/>
      <w:proofErr w:type="gramEnd"/>
      <w:r w:rsidRPr="001A6220">
        <w:rPr>
          <w:rFonts w:ascii="Gill Sans MT" w:hAnsi="Gill Sans MT" w:cstheme="majorHAnsi"/>
          <w:sz w:val="20"/>
          <w:szCs w:val="20"/>
          <w:lang w:val="en-GB"/>
        </w:rPr>
        <w:t xml:space="preserve"> generators and gas bottles must be secured and cordoned off from public access. All leads and pipes must be covered or positioned safely to prevent trip hazards.</w:t>
      </w:r>
      <w:r w:rsidRPr="001A6220">
        <w:rPr>
          <w:rFonts w:ascii="Gill Sans MT" w:hAnsi="Gill Sans MT" w:cstheme="majorHAnsi"/>
          <w:sz w:val="20"/>
          <w:szCs w:val="20"/>
          <w:lang w:val="en-GB"/>
        </w:rPr>
        <w:br/>
      </w:r>
      <w:proofErr w:type="spellStart"/>
      <w:r w:rsidRPr="001A6220">
        <w:rPr>
          <w:rFonts w:ascii="Gill Sans MT" w:hAnsi="Gill Sans MT" w:cstheme="majorHAnsi"/>
          <w:sz w:val="20"/>
          <w:szCs w:val="20"/>
          <w:lang w:val="en-GB"/>
        </w:rPr>
        <w:t>Croots</w:t>
      </w:r>
      <w:proofErr w:type="spellEnd"/>
      <w:r w:rsidRPr="001A6220">
        <w:rPr>
          <w:rFonts w:ascii="Gill Sans MT" w:hAnsi="Gill Sans MT" w:cstheme="majorHAnsi"/>
          <w:sz w:val="20"/>
          <w:szCs w:val="20"/>
          <w:lang w:val="en-GB"/>
        </w:rPr>
        <w:t xml:space="preserve"> Farm Shop will review all applications to ensure appropriate standards and to avoid excessive duplication of products or </w:t>
      </w:r>
      <w:proofErr w:type="spellStart"/>
      <w:proofErr w:type="gramStart"/>
      <w:r w:rsidRPr="001A6220">
        <w:rPr>
          <w:rFonts w:ascii="Gill Sans MT" w:hAnsi="Gill Sans MT" w:cstheme="majorHAnsi"/>
          <w:sz w:val="20"/>
          <w:szCs w:val="20"/>
          <w:lang w:val="en-GB"/>
        </w:rPr>
        <w:t>services.When</w:t>
      </w:r>
      <w:proofErr w:type="spellEnd"/>
      <w:proofErr w:type="gramEnd"/>
      <w:r w:rsidRPr="001A6220">
        <w:rPr>
          <w:rFonts w:ascii="Gill Sans MT" w:hAnsi="Gill Sans MT" w:cstheme="majorHAnsi"/>
          <w:sz w:val="20"/>
          <w:szCs w:val="20"/>
          <w:lang w:val="en-GB"/>
        </w:rPr>
        <w:t xml:space="preserve"> booking, </w:t>
      </w:r>
      <w:r w:rsidR="00796E15" w:rsidRPr="001A6220">
        <w:rPr>
          <w:rFonts w:ascii="Gill Sans MT" w:hAnsi="Gill Sans MT" w:cstheme="majorHAnsi"/>
          <w:sz w:val="20"/>
          <w:szCs w:val="20"/>
          <w:lang w:val="en-GB"/>
        </w:rPr>
        <w:t>please</w:t>
      </w:r>
      <w:r w:rsidRPr="001A6220">
        <w:rPr>
          <w:rFonts w:ascii="Gill Sans MT" w:hAnsi="Gill Sans MT" w:cstheme="majorHAnsi"/>
          <w:sz w:val="20"/>
          <w:szCs w:val="20"/>
          <w:lang w:val="en-GB"/>
        </w:rPr>
        <w:t xml:space="preserve"> provide a full and accurate list of all products or services you intend to offer. </w:t>
      </w:r>
    </w:p>
    <w:p w14:paraId="1E87CE4F" w14:textId="73B7F127" w:rsidR="00D8326D" w:rsidRPr="001A6220" w:rsidRDefault="00D8326D" w:rsidP="00D8326D">
      <w:pPr>
        <w:rPr>
          <w:rFonts w:ascii="Gill Sans MT" w:hAnsi="Gill Sans MT" w:cstheme="majorHAnsi"/>
          <w:sz w:val="20"/>
          <w:szCs w:val="20"/>
          <w:lang w:val="en-GB"/>
        </w:rPr>
      </w:pPr>
      <w:r w:rsidRPr="001A6220">
        <w:rPr>
          <w:rFonts w:ascii="Gill Sans MT" w:hAnsi="Gill Sans MT" w:cstheme="majorHAnsi"/>
          <w:b/>
          <w:bCs/>
          <w:sz w:val="20"/>
          <w:szCs w:val="20"/>
          <w:lang w:val="en-GB"/>
        </w:rPr>
        <w:t xml:space="preserve">4) </w:t>
      </w:r>
      <w:proofErr w:type="gramStart"/>
      <w:r w:rsidR="00796E15" w:rsidRPr="001A6220">
        <w:rPr>
          <w:rFonts w:ascii="Gill Sans MT" w:hAnsi="Gill Sans MT" w:cstheme="majorHAnsi"/>
          <w:b/>
          <w:bCs/>
          <w:sz w:val="20"/>
          <w:szCs w:val="20"/>
          <w:lang w:val="en-GB"/>
        </w:rPr>
        <w:t>B</w:t>
      </w:r>
      <w:r w:rsidRPr="001A6220">
        <w:rPr>
          <w:rFonts w:ascii="Gill Sans MT" w:hAnsi="Gill Sans MT" w:cstheme="majorHAnsi"/>
          <w:b/>
          <w:bCs/>
          <w:sz w:val="20"/>
          <w:szCs w:val="20"/>
          <w:lang w:val="en-GB"/>
        </w:rPr>
        <w:t>ookings</w:t>
      </w:r>
      <w:r w:rsidR="005030BA">
        <w:rPr>
          <w:rFonts w:ascii="Gill Sans MT" w:hAnsi="Gill Sans MT" w:cstheme="majorHAnsi"/>
          <w:b/>
          <w:bCs/>
          <w:sz w:val="20"/>
          <w:szCs w:val="20"/>
          <w:lang w:val="en-GB"/>
        </w:rPr>
        <w:t xml:space="preserve">, </w:t>
      </w:r>
      <w:r w:rsidRPr="001A6220">
        <w:rPr>
          <w:rFonts w:ascii="Gill Sans MT" w:hAnsi="Gill Sans MT" w:cstheme="majorHAnsi"/>
          <w:b/>
          <w:bCs/>
          <w:sz w:val="20"/>
          <w:szCs w:val="20"/>
          <w:lang w:val="en-GB"/>
        </w:rPr>
        <w:t xml:space="preserve"> payments</w:t>
      </w:r>
      <w:proofErr w:type="gramEnd"/>
      <w:r w:rsidR="005030BA">
        <w:rPr>
          <w:rFonts w:ascii="Gill Sans MT" w:hAnsi="Gill Sans MT" w:cstheme="majorHAnsi"/>
          <w:b/>
          <w:bCs/>
          <w:sz w:val="20"/>
          <w:szCs w:val="20"/>
          <w:lang w:val="en-GB"/>
        </w:rPr>
        <w:t>, applications and cancellations</w:t>
      </w:r>
      <w:r w:rsidRPr="001A6220">
        <w:rPr>
          <w:rFonts w:ascii="Gill Sans MT" w:hAnsi="Gill Sans MT" w:cstheme="majorHAnsi"/>
          <w:sz w:val="20"/>
          <w:szCs w:val="20"/>
          <w:lang w:val="en-GB"/>
        </w:rPr>
        <w:br/>
        <w:t>All pitches must be prepaid. The preferred method of payment is BACS.</w:t>
      </w:r>
      <w:r w:rsidR="001C05A1"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Do not send any</w:t>
      </w:r>
      <w:r w:rsidR="001C05A1"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payment with this application form. If your application is successful, you will be invoiced. Payment must be made within 48 hours of the invoice being issued, otherwise the pitch may be released</w:t>
      </w:r>
      <w:r w:rsidR="005030BA">
        <w:rPr>
          <w:rFonts w:ascii="Gill Sans MT" w:hAnsi="Gill Sans MT" w:cstheme="majorHAnsi"/>
          <w:sz w:val="20"/>
          <w:szCs w:val="20"/>
          <w:lang w:val="en-GB"/>
        </w:rPr>
        <w:t xml:space="preserve">. </w:t>
      </w:r>
      <w:r w:rsidRPr="001A6220">
        <w:rPr>
          <w:rFonts w:ascii="Gill Sans MT" w:hAnsi="Gill Sans MT" w:cstheme="majorHAnsi"/>
          <w:sz w:val="20"/>
          <w:szCs w:val="20"/>
          <w:lang w:val="en-GB"/>
        </w:rPr>
        <w:t>All bookings must be submitted using the current booking form and must include, where applicable, your hygiene rating and public liability insurance. Applications without these documents will not be considered.</w:t>
      </w:r>
      <w:r w:rsidR="001C05A1"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It is the trader’s responsibility to provide all required documentation. Failure to do so may result in cancellation of your pitch without refund.</w:t>
      </w:r>
    </w:p>
    <w:p w14:paraId="124F9024" w14:textId="0CACA04C" w:rsidR="00D8326D" w:rsidRPr="001A6220" w:rsidRDefault="00D8326D" w:rsidP="001C05A1">
      <w:pPr>
        <w:rPr>
          <w:rFonts w:ascii="Gill Sans MT" w:hAnsi="Gill Sans MT" w:cstheme="majorHAnsi"/>
          <w:sz w:val="20"/>
          <w:szCs w:val="20"/>
          <w:lang w:val="en-GB"/>
        </w:rPr>
      </w:pPr>
      <w:r w:rsidRPr="001A6220">
        <w:rPr>
          <w:rFonts w:ascii="Gill Sans MT" w:hAnsi="Gill Sans MT" w:cstheme="majorHAnsi"/>
          <w:b/>
          <w:bCs/>
          <w:sz w:val="20"/>
          <w:szCs w:val="20"/>
          <w:lang w:val="en-GB"/>
        </w:rPr>
        <w:t>6) Liability</w:t>
      </w:r>
      <w:r w:rsidRPr="001A6220">
        <w:rPr>
          <w:rFonts w:ascii="Gill Sans MT" w:hAnsi="Gill Sans MT" w:cstheme="majorHAnsi"/>
          <w:sz w:val="20"/>
          <w:szCs w:val="20"/>
          <w:lang w:val="en-GB"/>
        </w:rPr>
        <w:br/>
      </w:r>
      <w:proofErr w:type="spellStart"/>
      <w:r w:rsidRPr="001A6220">
        <w:rPr>
          <w:rFonts w:ascii="Gill Sans MT" w:hAnsi="Gill Sans MT" w:cstheme="majorHAnsi"/>
          <w:sz w:val="20"/>
          <w:szCs w:val="20"/>
          <w:lang w:val="en-GB"/>
        </w:rPr>
        <w:t>Croots</w:t>
      </w:r>
      <w:proofErr w:type="spellEnd"/>
      <w:r w:rsidRPr="001A6220">
        <w:rPr>
          <w:rFonts w:ascii="Gill Sans MT" w:hAnsi="Gill Sans MT" w:cstheme="majorHAnsi"/>
          <w:sz w:val="20"/>
          <w:szCs w:val="20"/>
          <w:lang w:val="en-GB"/>
        </w:rPr>
        <w:t xml:space="preserve"> farm shop will take all reasonable steps to ensure a successful event, including onsite support where appropriate. However, we cannot be held responsible for loss, damage or theft of stock, failure of advertising, weather conditions or any circumstances beyond our </w:t>
      </w:r>
      <w:proofErr w:type="spellStart"/>
      <w:proofErr w:type="gramStart"/>
      <w:r w:rsidRPr="001A6220">
        <w:rPr>
          <w:rFonts w:ascii="Gill Sans MT" w:hAnsi="Gill Sans MT" w:cstheme="majorHAnsi"/>
          <w:sz w:val="20"/>
          <w:szCs w:val="20"/>
          <w:lang w:val="en-GB"/>
        </w:rPr>
        <w:t>control.It</w:t>
      </w:r>
      <w:proofErr w:type="spellEnd"/>
      <w:proofErr w:type="gramEnd"/>
      <w:r w:rsidRPr="001A6220">
        <w:rPr>
          <w:rFonts w:ascii="Gill Sans MT" w:hAnsi="Gill Sans MT" w:cstheme="majorHAnsi"/>
          <w:sz w:val="20"/>
          <w:szCs w:val="20"/>
          <w:lang w:val="en-GB"/>
        </w:rPr>
        <w:t xml:space="preserve"> is a condition of booking that you accept full responsibility for your own insurance and acknowledge that </w:t>
      </w:r>
      <w:proofErr w:type="spellStart"/>
      <w:r w:rsidRPr="001A6220">
        <w:rPr>
          <w:rFonts w:ascii="Gill Sans MT" w:hAnsi="Gill Sans MT" w:cstheme="majorHAnsi"/>
          <w:sz w:val="20"/>
          <w:szCs w:val="20"/>
          <w:lang w:val="en-GB"/>
        </w:rPr>
        <w:t>Croots</w:t>
      </w:r>
      <w:proofErr w:type="spellEnd"/>
      <w:r w:rsidRPr="001A6220">
        <w:rPr>
          <w:rFonts w:ascii="Gill Sans MT" w:hAnsi="Gill Sans MT" w:cstheme="majorHAnsi"/>
          <w:sz w:val="20"/>
          <w:szCs w:val="20"/>
          <w:lang w:val="en-GB"/>
        </w:rPr>
        <w:t xml:space="preserve"> Farm Shop cannot be </w:t>
      </w:r>
    </w:p>
    <w:p w14:paraId="550F2FEC" w14:textId="671E586D" w:rsidR="00D8326D" w:rsidRPr="001A6220" w:rsidRDefault="00CD0C94" w:rsidP="00D8326D">
      <w:pPr>
        <w:rPr>
          <w:rFonts w:ascii="Gill Sans MT" w:hAnsi="Gill Sans MT" w:cstheme="majorHAnsi"/>
          <w:sz w:val="20"/>
          <w:szCs w:val="20"/>
          <w:lang w:val="en-GB"/>
        </w:rPr>
      </w:pPr>
      <w:r w:rsidRPr="001A6220">
        <w:rPr>
          <w:rFonts w:ascii="Gill Sans MT" w:hAnsi="Gill Sans MT" w:cstheme="majorHAnsi"/>
          <w:b/>
          <w:bCs/>
          <w:sz w:val="20"/>
          <w:szCs w:val="20"/>
          <w:lang w:val="en-GB"/>
        </w:rPr>
        <w:t>Cancel</w:t>
      </w:r>
      <w:r w:rsidR="00E311FF" w:rsidRPr="001A6220">
        <w:rPr>
          <w:rFonts w:ascii="Gill Sans MT" w:hAnsi="Gill Sans MT" w:cstheme="majorHAnsi"/>
          <w:b/>
          <w:bCs/>
          <w:sz w:val="20"/>
          <w:szCs w:val="20"/>
          <w:lang w:val="en-GB"/>
        </w:rPr>
        <w:t>l</w:t>
      </w:r>
      <w:r w:rsidRPr="001A6220">
        <w:rPr>
          <w:rFonts w:ascii="Gill Sans MT" w:hAnsi="Gill Sans MT" w:cstheme="majorHAnsi"/>
          <w:b/>
          <w:bCs/>
          <w:sz w:val="20"/>
          <w:szCs w:val="20"/>
          <w:lang w:val="en-GB"/>
        </w:rPr>
        <w:t>ation of event and r</w:t>
      </w:r>
      <w:r w:rsidR="00D8326D" w:rsidRPr="001A6220">
        <w:rPr>
          <w:rFonts w:ascii="Gill Sans MT" w:hAnsi="Gill Sans MT" w:cstheme="majorHAnsi"/>
          <w:b/>
          <w:bCs/>
          <w:sz w:val="20"/>
          <w:szCs w:val="20"/>
          <w:lang w:val="en-GB"/>
        </w:rPr>
        <w:t>efunds</w:t>
      </w:r>
      <w:r w:rsidRPr="001A6220">
        <w:rPr>
          <w:rFonts w:ascii="Gill Sans MT" w:hAnsi="Gill Sans MT" w:cstheme="majorHAnsi"/>
          <w:b/>
          <w:bCs/>
          <w:sz w:val="20"/>
          <w:szCs w:val="20"/>
          <w:lang w:val="en-GB"/>
        </w:rPr>
        <w:br/>
      </w:r>
      <w:proofErr w:type="spellStart"/>
      <w:r w:rsidRPr="001A6220">
        <w:rPr>
          <w:rFonts w:ascii="Gill Sans MT" w:hAnsi="Gill Sans MT" w:cstheme="majorHAnsi"/>
          <w:sz w:val="20"/>
          <w:szCs w:val="20"/>
          <w:lang w:val="en-GB"/>
        </w:rPr>
        <w:t>Croots</w:t>
      </w:r>
      <w:proofErr w:type="spellEnd"/>
      <w:r w:rsidRPr="001A6220">
        <w:rPr>
          <w:rFonts w:ascii="Gill Sans MT" w:hAnsi="Gill Sans MT" w:cstheme="majorHAnsi"/>
          <w:sz w:val="20"/>
          <w:szCs w:val="20"/>
          <w:lang w:val="en-GB"/>
        </w:rPr>
        <w:t xml:space="preserve"> reserve the right to cancel the event if extreme weather conditions persist or other unforeseen circumstances beyond the organiser’s control arise, meaning the event can no longer be staged. Under these circumstances, refunds would not be given.</w:t>
      </w:r>
      <w:r w:rsidR="001C05A1"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We are not responsible for loss of earnings under any circumstances.</w:t>
      </w:r>
      <w:r w:rsidR="00013963">
        <w:rPr>
          <w:rFonts w:ascii="Gill Sans MT" w:hAnsi="Gill Sans MT" w:cstheme="majorHAnsi"/>
          <w:sz w:val="20"/>
          <w:szCs w:val="20"/>
          <w:lang w:val="en-GB"/>
        </w:rPr>
        <w:t xml:space="preserve"> </w:t>
      </w:r>
      <w:proofErr w:type="gramStart"/>
      <w:r w:rsidR="00D8326D" w:rsidRPr="001A6220">
        <w:rPr>
          <w:rFonts w:ascii="Gill Sans MT" w:hAnsi="Gill Sans MT" w:cstheme="majorHAnsi"/>
          <w:sz w:val="20"/>
          <w:szCs w:val="20"/>
          <w:lang w:val="en-GB"/>
        </w:rPr>
        <w:t>All</w:t>
      </w:r>
      <w:proofErr w:type="gramEnd"/>
      <w:r w:rsidR="00D8326D" w:rsidRPr="001A6220">
        <w:rPr>
          <w:rFonts w:ascii="Gill Sans MT" w:hAnsi="Gill Sans MT" w:cstheme="majorHAnsi"/>
          <w:sz w:val="20"/>
          <w:szCs w:val="20"/>
          <w:lang w:val="en-GB"/>
        </w:rPr>
        <w:t xml:space="preserve"> deposits are non</w:t>
      </w:r>
      <w:r w:rsidR="00796E15" w:rsidRPr="001A6220">
        <w:rPr>
          <w:rFonts w:ascii="Gill Sans MT" w:hAnsi="Gill Sans MT" w:cstheme="majorHAnsi"/>
          <w:sz w:val="20"/>
          <w:szCs w:val="20"/>
          <w:lang w:val="en-GB"/>
        </w:rPr>
        <w:t>-</w:t>
      </w:r>
      <w:r w:rsidR="00D8326D" w:rsidRPr="001A6220">
        <w:rPr>
          <w:rFonts w:ascii="Gill Sans MT" w:hAnsi="Gill Sans MT" w:cstheme="majorHAnsi"/>
          <w:sz w:val="20"/>
          <w:szCs w:val="20"/>
          <w:lang w:val="en-GB"/>
        </w:rPr>
        <w:t>refundable.</w:t>
      </w:r>
    </w:p>
    <w:p w14:paraId="363B7ADF" w14:textId="0C7D75BF" w:rsidR="00D37A9F" w:rsidRPr="00581C89" w:rsidRDefault="00CD0C94">
      <w:pPr>
        <w:rPr>
          <w:rFonts w:ascii="Gill Sans MT" w:hAnsi="Gill Sans MT" w:cstheme="majorHAnsi"/>
          <w:sz w:val="20"/>
          <w:szCs w:val="20"/>
          <w:lang w:val="en-GB"/>
        </w:rPr>
      </w:pPr>
      <w:r w:rsidRPr="001A6220">
        <w:rPr>
          <w:rFonts w:ascii="Gill Sans MT" w:hAnsi="Gill Sans MT" w:cstheme="majorHAnsi"/>
          <w:b/>
          <w:bCs/>
          <w:sz w:val="20"/>
          <w:szCs w:val="20"/>
          <w:lang w:val="en-GB"/>
        </w:rPr>
        <w:t>C</w:t>
      </w:r>
      <w:r w:rsidR="00D8326D" w:rsidRPr="001A6220">
        <w:rPr>
          <w:rFonts w:ascii="Gill Sans MT" w:hAnsi="Gill Sans MT" w:cstheme="majorHAnsi"/>
          <w:b/>
          <w:bCs/>
          <w:sz w:val="20"/>
          <w:szCs w:val="20"/>
          <w:lang w:val="en-GB"/>
        </w:rPr>
        <w:t>ontact details</w:t>
      </w:r>
      <w:r w:rsidR="00D8326D" w:rsidRPr="001A6220">
        <w:rPr>
          <w:rFonts w:ascii="Gill Sans MT" w:hAnsi="Gill Sans MT" w:cstheme="majorHAnsi"/>
          <w:sz w:val="20"/>
          <w:szCs w:val="20"/>
          <w:lang w:val="en-GB"/>
        </w:rPr>
        <w:br/>
      </w:r>
      <w:proofErr w:type="spellStart"/>
      <w:r w:rsidR="00D8326D" w:rsidRPr="001A6220">
        <w:rPr>
          <w:rFonts w:ascii="Gill Sans MT" w:hAnsi="Gill Sans MT" w:cstheme="majorHAnsi"/>
          <w:sz w:val="20"/>
          <w:szCs w:val="20"/>
          <w:lang w:val="en-GB"/>
        </w:rPr>
        <w:t>Croots</w:t>
      </w:r>
      <w:proofErr w:type="spellEnd"/>
      <w:r w:rsidR="00D8326D"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F</w:t>
      </w:r>
      <w:r w:rsidR="00D8326D" w:rsidRPr="001A6220">
        <w:rPr>
          <w:rFonts w:ascii="Gill Sans MT" w:hAnsi="Gill Sans MT" w:cstheme="majorHAnsi"/>
          <w:sz w:val="20"/>
          <w:szCs w:val="20"/>
          <w:lang w:val="en-GB"/>
        </w:rPr>
        <w:t xml:space="preserve">arm </w:t>
      </w:r>
      <w:r w:rsidRPr="001A6220">
        <w:rPr>
          <w:rFonts w:ascii="Gill Sans MT" w:hAnsi="Gill Sans MT" w:cstheme="majorHAnsi"/>
          <w:sz w:val="20"/>
          <w:szCs w:val="20"/>
          <w:lang w:val="en-GB"/>
        </w:rPr>
        <w:t>S</w:t>
      </w:r>
      <w:r w:rsidR="00D8326D" w:rsidRPr="001A6220">
        <w:rPr>
          <w:rFonts w:ascii="Gill Sans MT" w:hAnsi="Gill Sans MT" w:cstheme="majorHAnsi"/>
          <w:sz w:val="20"/>
          <w:szCs w:val="20"/>
          <w:lang w:val="en-GB"/>
        </w:rPr>
        <w:t>hop</w:t>
      </w:r>
      <w:r w:rsidR="001C05A1" w:rsidRPr="001A6220">
        <w:rPr>
          <w:rFonts w:ascii="Gill Sans MT" w:hAnsi="Gill Sans MT" w:cstheme="majorHAnsi"/>
          <w:sz w:val="20"/>
          <w:szCs w:val="20"/>
          <w:lang w:val="en-GB"/>
        </w:rPr>
        <w:t xml:space="preserve">, </w:t>
      </w:r>
      <w:proofErr w:type="spellStart"/>
      <w:r w:rsidR="00D8326D" w:rsidRPr="001A6220">
        <w:rPr>
          <w:rFonts w:ascii="Gill Sans MT" w:hAnsi="Gill Sans MT" w:cstheme="majorHAnsi"/>
          <w:sz w:val="20"/>
          <w:szCs w:val="20"/>
          <w:lang w:val="en-GB"/>
        </w:rPr>
        <w:t>Farnah</w:t>
      </w:r>
      <w:proofErr w:type="spellEnd"/>
      <w:r w:rsidR="00D8326D" w:rsidRPr="001A6220">
        <w:rPr>
          <w:rFonts w:ascii="Gill Sans MT" w:hAnsi="Gill Sans MT" w:cstheme="majorHAnsi"/>
          <w:sz w:val="20"/>
          <w:szCs w:val="20"/>
          <w:lang w:val="en-GB"/>
        </w:rPr>
        <w:t xml:space="preserve"> </w:t>
      </w:r>
      <w:r w:rsidRPr="001A6220">
        <w:rPr>
          <w:rFonts w:ascii="Gill Sans MT" w:hAnsi="Gill Sans MT" w:cstheme="majorHAnsi"/>
          <w:sz w:val="20"/>
          <w:szCs w:val="20"/>
          <w:lang w:val="en-GB"/>
        </w:rPr>
        <w:t>H</w:t>
      </w:r>
      <w:r w:rsidR="00D8326D" w:rsidRPr="001A6220">
        <w:rPr>
          <w:rFonts w:ascii="Gill Sans MT" w:hAnsi="Gill Sans MT" w:cstheme="majorHAnsi"/>
          <w:sz w:val="20"/>
          <w:szCs w:val="20"/>
          <w:lang w:val="en-GB"/>
        </w:rPr>
        <w:t xml:space="preserve">ouse </w:t>
      </w:r>
      <w:r w:rsidRPr="001A6220">
        <w:rPr>
          <w:rFonts w:ascii="Gill Sans MT" w:hAnsi="Gill Sans MT" w:cstheme="majorHAnsi"/>
          <w:sz w:val="20"/>
          <w:szCs w:val="20"/>
          <w:lang w:val="en-GB"/>
        </w:rPr>
        <w:t>F</w:t>
      </w:r>
      <w:r w:rsidR="00D8326D" w:rsidRPr="001A6220">
        <w:rPr>
          <w:rFonts w:ascii="Gill Sans MT" w:hAnsi="Gill Sans MT" w:cstheme="majorHAnsi"/>
          <w:sz w:val="20"/>
          <w:szCs w:val="20"/>
          <w:lang w:val="en-GB"/>
        </w:rPr>
        <w:t>arm</w:t>
      </w:r>
      <w:r w:rsidR="001C05A1" w:rsidRPr="001A6220">
        <w:rPr>
          <w:rFonts w:ascii="Gill Sans MT" w:hAnsi="Gill Sans MT" w:cstheme="majorHAnsi"/>
          <w:sz w:val="20"/>
          <w:szCs w:val="20"/>
          <w:lang w:val="en-GB"/>
        </w:rPr>
        <w:t xml:space="preserve">, </w:t>
      </w:r>
      <w:r w:rsidR="00D8326D" w:rsidRPr="001A6220">
        <w:rPr>
          <w:rFonts w:ascii="Gill Sans MT" w:hAnsi="Gill Sans MT" w:cstheme="majorHAnsi"/>
          <w:sz w:val="20"/>
          <w:szCs w:val="20"/>
          <w:lang w:val="en-GB"/>
        </w:rPr>
        <w:t xml:space="preserve">Wirksworth </w:t>
      </w:r>
      <w:r w:rsidRPr="001A6220">
        <w:rPr>
          <w:rFonts w:ascii="Gill Sans MT" w:hAnsi="Gill Sans MT" w:cstheme="majorHAnsi"/>
          <w:sz w:val="20"/>
          <w:szCs w:val="20"/>
          <w:lang w:val="en-GB"/>
        </w:rPr>
        <w:t>R</w:t>
      </w:r>
      <w:r w:rsidR="00D8326D" w:rsidRPr="001A6220">
        <w:rPr>
          <w:rFonts w:ascii="Gill Sans MT" w:hAnsi="Gill Sans MT" w:cstheme="majorHAnsi"/>
          <w:sz w:val="20"/>
          <w:szCs w:val="20"/>
          <w:lang w:val="en-GB"/>
        </w:rPr>
        <w:t>oad</w:t>
      </w:r>
      <w:r w:rsidR="001C05A1" w:rsidRPr="001A6220">
        <w:rPr>
          <w:rFonts w:ascii="Gill Sans MT" w:hAnsi="Gill Sans MT" w:cstheme="majorHAnsi"/>
          <w:sz w:val="20"/>
          <w:szCs w:val="20"/>
          <w:lang w:val="en-GB"/>
        </w:rPr>
        <w:t xml:space="preserve">, </w:t>
      </w:r>
      <w:r w:rsidR="00D8326D" w:rsidRPr="001A6220">
        <w:rPr>
          <w:rFonts w:ascii="Gill Sans MT" w:hAnsi="Gill Sans MT" w:cstheme="majorHAnsi"/>
          <w:sz w:val="20"/>
          <w:szCs w:val="20"/>
          <w:lang w:val="en-GB"/>
        </w:rPr>
        <w:t>Duffield</w:t>
      </w:r>
      <w:r w:rsidR="001C05A1" w:rsidRPr="001A6220">
        <w:rPr>
          <w:rFonts w:ascii="Gill Sans MT" w:hAnsi="Gill Sans MT" w:cstheme="majorHAnsi"/>
          <w:sz w:val="20"/>
          <w:szCs w:val="20"/>
          <w:lang w:val="en-GB"/>
        </w:rPr>
        <w:t xml:space="preserve">, </w:t>
      </w:r>
      <w:r w:rsidR="00D8326D" w:rsidRPr="001A6220">
        <w:rPr>
          <w:rFonts w:ascii="Gill Sans MT" w:hAnsi="Gill Sans MT" w:cstheme="majorHAnsi"/>
          <w:sz w:val="20"/>
          <w:szCs w:val="20"/>
          <w:lang w:val="en-GB"/>
        </w:rPr>
        <w:t>Belper</w:t>
      </w:r>
      <w:r w:rsidR="001C05A1" w:rsidRPr="001A6220">
        <w:rPr>
          <w:rFonts w:ascii="Gill Sans MT" w:hAnsi="Gill Sans MT" w:cstheme="majorHAnsi"/>
          <w:sz w:val="20"/>
          <w:szCs w:val="20"/>
          <w:lang w:val="en-GB"/>
        </w:rPr>
        <w:t xml:space="preserve"> </w:t>
      </w:r>
      <w:r w:rsidR="00D8326D" w:rsidRPr="001A6220">
        <w:rPr>
          <w:rFonts w:ascii="Gill Sans MT" w:hAnsi="Gill Sans MT" w:cstheme="majorHAnsi"/>
          <w:sz w:val="20"/>
          <w:szCs w:val="20"/>
          <w:lang w:val="en-GB"/>
        </w:rPr>
        <w:t>DE56 4AQ</w:t>
      </w:r>
    </w:p>
    <w:sectPr w:rsidR="00D37A9F" w:rsidRPr="00581C8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3161182">
    <w:abstractNumId w:val="8"/>
  </w:num>
  <w:num w:numId="2" w16cid:durableId="2096438123">
    <w:abstractNumId w:val="6"/>
  </w:num>
  <w:num w:numId="3" w16cid:durableId="1650089027">
    <w:abstractNumId w:val="5"/>
  </w:num>
  <w:num w:numId="4" w16cid:durableId="51999780">
    <w:abstractNumId w:val="4"/>
  </w:num>
  <w:num w:numId="5" w16cid:durableId="99683961">
    <w:abstractNumId w:val="7"/>
  </w:num>
  <w:num w:numId="6" w16cid:durableId="1508792308">
    <w:abstractNumId w:val="3"/>
  </w:num>
  <w:num w:numId="7" w16cid:durableId="185603925">
    <w:abstractNumId w:val="2"/>
  </w:num>
  <w:num w:numId="8" w16cid:durableId="1364865722">
    <w:abstractNumId w:val="1"/>
  </w:num>
  <w:num w:numId="9" w16cid:durableId="613711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13F"/>
    <w:rsid w:val="00013963"/>
    <w:rsid w:val="00034616"/>
    <w:rsid w:val="000354A8"/>
    <w:rsid w:val="0006063C"/>
    <w:rsid w:val="0015074B"/>
    <w:rsid w:val="001A6220"/>
    <w:rsid w:val="001C05A1"/>
    <w:rsid w:val="00291E81"/>
    <w:rsid w:val="0029639D"/>
    <w:rsid w:val="002B544A"/>
    <w:rsid w:val="002D4D48"/>
    <w:rsid w:val="00326F90"/>
    <w:rsid w:val="005030BA"/>
    <w:rsid w:val="00581C89"/>
    <w:rsid w:val="00670032"/>
    <w:rsid w:val="006F4FB6"/>
    <w:rsid w:val="00796E15"/>
    <w:rsid w:val="007A16A8"/>
    <w:rsid w:val="007F7F5E"/>
    <w:rsid w:val="00AA1D8D"/>
    <w:rsid w:val="00AD2556"/>
    <w:rsid w:val="00B47730"/>
    <w:rsid w:val="00C701DF"/>
    <w:rsid w:val="00CB0664"/>
    <w:rsid w:val="00CD0C94"/>
    <w:rsid w:val="00CF0579"/>
    <w:rsid w:val="00D37A9F"/>
    <w:rsid w:val="00D8326D"/>
    <w:rsid w:val="00DD63E4"/>
    <w:rsid w:val="00E311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FDF38A"/>
  <w14:defaultImageDpi w14:val="300"/>
  <w15:docId w15:val="{5AFA81E5-5DA8-334F-A348-775B940A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701DF"/>
    <w:rPr>
      <w:rFonts w:ascii="Times New Roman" w:hAnsi="Times New Roman" w:cs="Times New Roman"/>
      <w:sz w:val="24"/>
      <w:szCs w:val="24"/>
    </w:rPr>
  </w:style>
  <w:style w:type="character" w:styleId="Hyperlink">
    <w:name w:val="Hyperlink"/>
    <w:basedOn w:val="DefaultParagraphFont"/>
    <w:uiPriority w:val="99"/>
    <w:unhideWhenUsed/>
    <w:rsid w:val="005030BA"/>
    <w:rPr>
      <w:color w:val="0000FF" w:themeColor="hyperlink"/>
      <w:u w:val="single"/>
    </w:rPr>
  </w:style>
  <w:style w:type="character" w:styleId="UnresolvedMention">
    <w:name w:val="Unresolved Mention"/>
    <w:basedOn w:val="DefaultParagraphFont"/>
    <w:uiPriority w:val="99"/>
    <w:semiHidden/>
    <w:unhideWhenUsed/>
    <w:rsid w:val="00503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rders@croots.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Ops</cp:lastModifiedBy>
  <cp:revision>6</cp:revision>
  <cp:lastPrinted>2026-04-02T15:11:00Z</cp:lastPrinted>
  <dcterms:created xsi:type="dcterms:W3CDTF">2026-04-02T14:55:00Z</dcterms:created>
  <dcterms:modified xsi:type="dcterms:W3CDTF">2026-04-02T15:52:00Z</dcterms:modified>
  <cp:category/>
</cp:coreProperties>
</file>